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2762C" w14:textId="77777777" w:rsidR="007E1DF0" w:rsidRPr="00A06602" w:rsidRDefault="00000000">
      <w:pPr>
        <w:pStyle w:val="Heading1"/>
        <w:rPr>
          <w:sz w:val="20"/>
          <w:szCs w:val="20"/>
        </w:rPr>
      </w:pPr>
      <w:r w:rsidRPr="00A06602">
        <w:rPr>
          <w:sz w:val="20"/>
          <w:szCs w:val="20"/>
        </w:rPr>
        <w:t>Risk Assessment – Arcade Machines Hire (HSE/AAIAC Style)</w:t>
      </w:r>
    </w:p>
    <w:p w14:paraId="1DFC67A7" w14:textId="77777777" w:rsidR="007E1DF0" w:rsidRPr="00A06602" w:rsidRDefault="00000000">
      <w:pPr>
        <w:pStyle w:val="Heading2"/>
        <w:rPr>
          <w:sz w:val="20"/>
          <w:szCs w:val="20"/>
        </w:rPr>
      </w:pPr>
      <w:r w:rsidRPr="00A06602">
        <w:rPr>
          <w:sz w:val="20"/>
          <w:szCs w:val="20"/>
        </w:rPr>
        <w:t>Activity Description</w:t>
      </w:r>
    </w:p>
    <w:p w14:paraId="77213A45" w14:textId="77777777" w:rsidR="007E1DF0" w:rsidRPr="00A06602" w:rsidRDefault="00000000">
      <w:pPr>
        <w:rPr>
          <w:sz w:val="16"/>
          <w:szCs w:val="16"/>
        </w:rPr>
      </w:pPr>
      <w:r w:rsidRPr="00A06602">
        <w:rPr>
          <w:sz w:val="16"/>
          <w:szCs w:val="16"/>
        </w:rPr>
        <w:t>Delivery, setup, operation and collection of arcade machines for temporary hire at events.</w:t>
      </w:r>
    </w:p>
    <w:p w14:paraId="50C569A5" w14:textId="77777777" w:rsidR="007E1DF0" w:rsidRPr="00A06602" w:rsidRDefault="00000000">
      <w:pPr>
        <w:pStyle w:val="Heading2"/>
        <w:rPr>
          <w:sz w:val="20"/>
          <w:szCs w:val="20"/>
        </w:rPr>
      </w:pPr>
      <w:r w:rsidRPr="00A06602">
        <w:rPr>
          <w:sz w:val="20"/>
          <w:szCs w:val="20"/>
        </w:rPr>
        <w:t>Persons at Risk</w:t>
      </w:r>
    </w:p>
    <w:p w14:paraId="4072AD18" w14:textId="77777777" w:rsidR="007E1DF0" w:rsidRPr="00A06602" w:rsidRDefault="00000000">
      <w:pPr>
        <w:rPr>
          <w:sz w:val="16"/>
          <w:szCs w:val="16"/>
        </w:rPr>
      </w:pPr>
      <w:r w:rsidRPr="00A06602">
        <w:rPr>
          <w:sz w:val="16"/>
          <w:szCs w:val="16"/>
        </w:rPr>
        <w:t>Staff, hirers,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7E1DF0" w:rsidRPr="00A06602" w14:paraId="0C6C7BAF" w14:textId="77777777">
        <w:tc>
          <w:tcPr>
            <w:tcW w:w="1728" w:type="dxa"/>
          </w:tcPr>
          <w:p w14:paraId="0A673682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34A2C2F6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631E37DF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1952646B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08E320C3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Residual Risk</w:t>
            </w:r>
          </w:p>
        </w:tc>
      </w:tr>
      <w:tr w:rsidR="007E1DF0" w:rsidRPr="00A06602" w14:paraId="4A87C9D0" w14:textId="77777777">
        <w:tc>
          <w:tcPr>
            <w:tcW w:w="1728" w:type="dxa"/>
          </w:tcPr>
          <w:p w14:paraId="38D1ADCF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Manual handling of heavy machines</w:t>
            </w:r>
          </w:p>
        </w:tc>
        <w:tc>
          <w:tcPr>
            <w:tcW w:w="1728" w:type="dxa"/>
          </w:tcPr>
          <w:p w14:paraId="5F05B1BE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7880B42A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7C8CAFE8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Use suitable lifting equipment and team lifts; trained staff only.</w:t>
            </w:r>
          </w:p>
        </w:tc>
        <w:tc>
          <w:tcPr>
            <w:tcW w:w="1728" w:type="dxa"/>
          </w:tcPr>
          <w:p w14:paraId="3C4552D7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Low</w:t>
            </w:r>
          </w:p>
        </w:tc>
      </w:tr>
      <w:tr w:rsidR="007E1DF0" w:rsidRPr="00A06602" w14:paraId="18EB5D60" w14:textId="77777777">
        <w:tc>
          <w:tcPr>
            <w:tcW w:w="1728" w:type="dxa"/>
          </w:tcPr>
          <w:p w14:paraId="565603E2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Machine instability or tipping</w:t>
            </w:r>
          </w:p>
        </w:tc>
        <w:tc>
          <w:tcPr>
            <w:tcW w:w="1728" w:type="dxa"/>
          </w:tcPr>
          <w:p w14:paraId="3CDFCE57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70FBC641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05F1A5FA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Position on firm, level ground and check stability before use.</w:t>
            </w:r>
          </w:p>
        </w:tc>
        <w:tc>
          <w:tcPr>
            <w:tcW w:w="1728" w:type="dxa"/>
          </w:tcPr>
          <w:p w14:paraId="22790CC3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Low</w:t>
            </w:r>
          </w:p>
        </w:tc>
      </w:tr>
      <w:tr w:rsidR="007E1DF0" w:rsidRPr="00A06602" w14:paraId="7D6AD38E" w14:textId="77777777">
        <w:tc>
          <w:tcPr>
            <w:tcW w:w="1728" w:type="dxa"/>
          </w:tcPr>
          <w:p w14:paraId="1869D8C3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Electrical hazards</w:t>
            </w:r>
          </w:p>
        </w:tc>
        <w:tc>
          <w:tcPr>
            <w:tcW w:w="1728" w:type="dxa"/>
          </w:tcPr>
          <w:p w14:paraId="2FAD5CC0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28CBF629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33AF5684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PAT-tested equipment, visual inspection, RCD protection and undamaged cables.</w:t>
            </w:r>
          </w:p>
        </w:tc>
        <w:tc>
          <w:tcPr>
            <w:tcW w:w="1728" w:type="dxa"/>
          </w:tcPr>
          <w:p w14:paraId="6896D4B3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Low</w:t>
            </w:r>
          </w:p>
        </w:tc>
      </w:tr>
      <w:tr w:rsidR="007E1DF0" w:rsidRPr="00A06602" w14:paraId="07710CD0" w14:textId="77777777">
        <w:tc>
          <w:tcPr>
            <w:tcW w:w="1728" w:type="dxa"/>
          </w:tcPr>
          <w:p w14:paraId="0642EA72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Trips from trailing cables</w:t>
            </w:r>
          </w:p>
        </w:tc>
        <w:tc>
          <w:tcPr>
            <w:tcW w:w="1728" w:type="dxa"/>
          </w:tcPr>
          <w:p w14:paraId="5028D4A1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49720DB0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3783F3AD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Route and secure cables using cable covers where necessary.</w:t>
            </w:r>
          </w:p>
        </w:tc>
        <w:tc>
          <w:tcPr>
            <w:tcW w:w="1728" w:type="dxa"/>
          </w:tcPr>
          <w:p w14:paraId="5C280C69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Low</w:t>
            </w:r>
          </w:p>
        </w:tc>
      </w:tr>
      <w:tr w:rsidR="007E1DF0" w:rsidRPr="00A06602" w14:paraId="51682126" w14:textId="77777777">
        <w:tc>
          <w:tcPr>
            <w:tcW w:w="1728" w:type="dxa"/>
          </w:tcPr>
          <w:p w14:paraId="170533EC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Misuse or rough play</w:t>
            </w:r>
          </w:p>
        </w:tc>
        <w:tc>
          <w:tcPr>
            <w:tcW w:w="1728" w:type="dxa"/>
          </w:tcPr>
          <w:p w14:paraId="3DA5AC97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Participants</w:t>
            </w:r>
          </w:p>
        </w:tc>
        <w:tc>
          <w:tcPr>
            <w:tcW w:w="1728" w:type="dxa"/>
          </w:tcPr>
          <w:p w14:paraId="17DAFE1D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7536F88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Provide operating instructions and supervise younger users.</w:t>
            </w:r>
          </w:p>
        </w:tc>
        <w:tc>
          <w:tcPr>
            <w:tcW w:w="1728" w:type="dxa"/>
          </w:tcPr>
          <w:p w14:paraId="66EA9BCE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Low</w:t>
            </w:r>
          </w:p>
        </w:tc>
      </w:tr>
      <w:tr w:rsidR="007E1DF0" w:rsidRPr="00A06602" w14:paraId="75A88CA7" w14:textId="77777777">
        <w:tc>
          <w:tcPr>
            <w:tcW w:w="1728" w:type="dxa"/>
          </w:tcPr>
          <w:p w14:paraId="22CC9D8D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Equipment damage or malfunction</w:t>
            </w:r>
          </w:p>
        </w:tc>
        <w:tc>
          <w:tcPr>
            <w:tcW w:w="1728" w:type="dxa"/>
          </w:tcPr>
          <w:p w14:paraId="1EC4EF89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04260EEC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3173765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Inspect before dispatch and after collection; remove defective equipment from service.</w:t>
            </w:r>
          </w:p>
        </w:tc>
        <w:tc>
          <w:tcPr>
            <w:tcW w:w="1728" w:type="dxa"/>
          </w:tcPr>
          <w:p w14:paraId="6CB4F85A" w14:textId="77777777" w:rsidR="007E1DF0" w:rsidRPr="00A06602" w:rsidRDefault="00000000">
            <w:pPr>
              <w:rPr>
                <w:sz w:val="16"/>
                <w:szCs w:val="16"/>
              </w:rPr>
            </w:pPr>
            <w:r w:rsidRPr="00A06602">
              <w:rPr>
                <w:sz w:val="16"/>
                <w:szCs w:val="16"/>
              </w:rPr>
              <w:t>Low</w:t>
            </w:r>
          </w:p>
        </w:tc>
      </w:tr>
    </w:tbl>
    <w:p w14:paraId="5E28DB87" w14:textId="77777777" w:rsidR="007E1DF0" w:rsidRPr="00A06602" w:rsidRDefault="00000000">
      <w:pPr>
        <w:pStyle w:val="Heading2"/>
        <w:rPr>
          <w:sz w:val="20"/>
          <w:szCs w:val="20"/>
        </w:rPr>
      </w:pPr>
      <w:r w:rsidRPr="00A06602">
        <w:rPr>
          <w:sz w:val="20"/>
          <w:szCs w:val="20"/>
        </w:rPr>
        <w:t>Operational Controls</w:t>
      </w:r>
    </w:p>
    <w:p w14:paraId="607AA36E" w14:textId="77777777" w:rsidR="007E1DF0" w:rsidRPr="00A06602" w:rsidRDefault="00000000">
      <w:pPr>
        <w:pStyle w:val="ListBullet"/>
        <w:rPr>
          <w:sz w:val="16"/>
          <w:szCs w:val="16"/>
        </w:rPr>
      </w:pPr>
      <w:r w:rsidRPr="00A06602">
        <w:rPr>
          <w:sz w:val="16"/>
          <w:szCs w:val="16"/>
        </w:rPr>
        <w:t>Inspect machine, plug and cable before each hire.</w:t>
      </w:r>
    </w:p>
    <w:p w14:paraId="5BDCA78C" w14:textId="77777777" w:rsidR="007E1DF0" w:rsidRPr="00A06602" w:rsidRDefault="00000000">
      <w:pPr>
        <w:pStyle w:val="ListBullet"/>
        <w:rPr>
          <w:sz w:val="16"/>
          <w:szCs w:val="16"/>
        </w:rPr>
      </w:pPr>
      <w:r w:rsidRPr="00A06602">
        <w:rPr>
          <w:sz w:val="16"/>
          <w:szCs w:val="16"/>
        </w:rPr>
        <w:t>Set up on a firm, level surface with adequate ventilation.</w:t>
      </w:r>
    </w:p>
    <w:p w14:paraId="3B1497FA" w14:textId="77777777" w:rsidR="007E1DF0" w:rsidRPr="00A06602" w:rsidRDefault="00000000">
      <w:pPr>
        <w:pStyle w:val="ListBullet"/>
        <w:rPr>
          <w:sz w:val="16"/>
          <w:szCs w:val="16"/>
        </w:rPr>
      </w:pPr>
      <w:r w:rsidRPr="00A06602">
        <w:rPr>
          <w:sz w:val="16"/>
          <w:szCs w:val="16"/>
        </w:rPr>
        <w:t>Keep food and drinks away from electrical equipment.</w:t>
      </w:r>
    </w:p>
    <w:p w14:paraId="20171DCD" w14:textId="77777777" w:rsidR="007E1DF0" w:rsidRPr="00A06602" w:rsidRDefault="00000000">
      <w:pPr>
        <w:pStyle w:val="ListBullet"/>
        <w:rPr>
          <w:sz w:val="16"/>
          <w:szCs w:val="16"/>
        </w:rPr>
      </w:pPr>
      <w:r w:rsidRPr="00A06602">
        <w:rPr>
          <w:sz w:val="16"/>
          <w:szCs w:val="16"/>
        </w:rPr>
        <w:t>Do not move the machine while powered.</w:t>
      </w:r>
    </w:p>
    <w:p w14:paraId="31DEFBFE" w14:textId="77777777" w:rsidR="007E1DF0" w:rsidRPr="00A06602" w:rsidRDefault="00000000">
      <w:pPr>
        <w:pStyle w:val="ListBullet"/>
        <w:rPr>
          <w:sz w:val="16"/>
          <w:szCs w:val="16"/>
        </w:rPr>
      </w:pPr>
      <w:r w:rsidRPr="00A06602">
        <w:rPr>
          <w:sz w:val="16"/>
          <w:szCs w:val="16"/>
        </w:rPr>
        <w:t>Disconnect power before maintenance or inspection.</w:t>
      </w:r>
    </w:p>
    <w:p w14:paraId="527613CB" w14:textId="77777777" w:rsidR="007E1DF0" w:rsidRPr="00A06602" w:rsidRDefault="00000000">
      <w:pPr>
        <w:pStyle w:val="Heading2"/>
        <w:rPr>
          <w:sz w:val="20"/>
          <w:szCs w:val="20"/>
        </w:rPr>
      </w:pPr>
      <w:r w:rsidRPr="00A06602">
        <w:rPr>
          <w:sz w:val="20"/>
          <w:szCs w:val="20"/>
        </w:rPr>
        <w:t>Emergency Procedures</w:t>
      </w:r>
    </w:p>
    <w:p w14:paraId="16E22864" w14:textId="77777777" w:rsidR="007E1DF0" w:rsidRPr="00A06602" w:rsidRDefault="00000000">
      <w:pPr>
        <w:pStyle w:val="ListBullet"/>
        <w:rPr>
          <w:sz w:val="16"/>
          <w:szCs w:val="16"/>
        </w:rPr>
      </w:pPr>
      <w:r w:rsidRPr="00A06602">
        <w:rPr>
          <w:sz w:val="16"/>
          <w:szCs w:val="16"/>
        </w:rPr>
        <w:t>Switch off and isolate power if a fault develops.</w:t>
      </w:r>
    </w:p>
    <w:p w14:paraId="7D344F67" w14:textId="77777777" w:rsidR="007E1DF0" w:rsidRPr="00A06602" w:rsidRDefault="00000000">
      <w:pPr>
        <w:pStyle w:val="ListBullet"/>
        <w:rPr>
          <w:sz w:val="16"/>
          <w:szCs w:val="16"/>
        </w:rPr>
      </w:pPr>
      <w:r w:rsidRPr="00A06602">
        <w:rPr>
          <w:sz w:val="16"/>
          <w:szCs w:val="16"/>
        </w:rPr>
        <w:t>Stop use immediately if equipment becomes unstable or damaged.</w:t>
      </w:r>
    </w:p>
    <w:p w14:paraId="5AD722C5" w14:textId="77777777" w:rsidR="007E1DF0" w:rsidRPr="00A06602" w:rsidRDefault="00000000">
      <w:pPr>
        <w:pStyle w:val="ListBullet"/>
        <w:rPr>
          <w:sz w:val="16"/>
          <w:szCs w:val="16"/>
        </w:rPr>
      </w:pPr>
      <w:r w:rsidRPr="00A06602">
        <w:rPr>
          <w:sz w:val="16"/>
          <w:szCs w:val="16"/>
        </w:rPr>
        <w:t>Provide first aid if required and report all incidents.</w:t>
      </w:r>
    </w:p>
    <w:p w14:paraId="0A5DBF41" w14:textId="77777777" w:rsidR="007E1DF0" w:rsidRPr="00A06602" w:rsidRDefault="00000000">
      <w:pPr>
        <w:pStyle w:val="Heading2"/>
        <w:rPr>
          <w:sz w:val="20"/>
          <w:szCs w:val="20"/>
        </w:rPr>
      </w:pPr>
      <w:r w:rsidRPr="00A06602">
        <w:rPr>
          <w:sz w:val="20"/>
          <w:szCs w:val="20"/>
        </w:rPr>
        <w:t>Inspection Checklist</w:t>
      </w:r>
    </w:p>
    <w:p w14:paraId="497ED25E" w14:textId="77777777" w:rsidR="007E1DF0" w:rsidRPr="00A06602" w:rsidRDefault="00000000">
      <w:pPr>
        <w:pStyle w:val="ListBullet"/>
        <w:rPr>
          <w:sz w:val="16"/>
          <w:szCs w:val="16"/>
        </w:rPr>
      </w:pPr>
      <w:r w:rsidRPr="00A06602">
        <w:rPr>
          <w:sz w:val="16"/>
          <w:szCs w:val="16"/>
        </w:rPr>
        <w:t>Cabinet undamaged.</w:t>
      </w:r>
    </w:p>
    <w:p w14:paraId="21592B01" w14:textId="77777777" w:rsidR="007E1DF0" w:rsidRPr="00A06602" w:rsidRDefault="00000000">
      <w:pPr>
        <w:pStyle w:val="ListBullet"/>
        <w:rPr>
          <w:sz w:val="16"/>
          <w:szCs w:val="16"/>
        </w:rPr>
      </w:pPr>
      <w:r w:rsidRPr="00A06602">
        <w:rPr>
          <w:sz w:val="16"/>
          <w:szCs w:val="16"/>
        </w:rPr>
        <w:t>Power cable and plug in good condition.</w:t>
      </w:r>
    </w:p>
    <w:p w14:paraId="74D38A72" w14:textId="77777777" w:rsidR="007E1DF0" w:rsidRPr="00A06602" w:rsidRDefault="00000000">
      <w:pPr>
        <w:pStyle w:val="ListBullet"/>
        <w:rPr>
          <w:sz w:val="16"/>
          <w:szCs w:val="16"/>
        </w:rPr>
      </w:pPr>
      <w:r w:rsidRPr="00A06602">
        <w:rPr>
          <w:sz w:val="16"/>
          <w:szCs w:val="16"/>
        </w:rPr>
        <w:t>Controls functioning correctly.</w:t>
      </w:r>
    </w:p>
    <w:p w14:paraId="72732362" w14:textId="77777777" w:rsidR="007E1DF0" w:rsidRPr="00A06602" w:rsidRDefault="00000000">
      <w:pPr>
        <w:pStyle w:val="ListBullet"/>
        <w:rPr>
          <w:sz w:val="16"/>
          <w:szCs w:val="16"/>
        </w:rPr>
      </w:pPr>
      <w:r w:rsidRPr="00A06602">
        <w:rPr>
          <w:sz w:val="16"/>
          <w:szCs w:val="16"/>
        </w:rPr>
        <w:t>Machine stable.</w:t>
      </w:r>
    </w:p>
    <w:p w14:paraId="46215D10" w14:textId="77777777" w:rsidR="007E1DF0" w:rsidRPr="00A06602" w:rsidRDefault="00000000">
      <w:pPr>
        <w:pStyle w:val="ListBullet"/>
        <w:rPr>
          <w:sz w:val="16"/>
          <w:szCs w:val="16"/>
        </w:rPr>
      </w:pPr>
      <w:r w:rsidRPr="00A06602">
        <w:rPr>
          <w:sz w:val="16"/>
          <w:szCs w:val="16"/>
        </w:rPr>
        <w:t>No exposed electrical components.</w:t>
      </w:r>
    </w:p>
    <w:p w14:paraId="08FC0F66" w14:textId="77777777" w:rsidR="007E1DF0" w:rsidRPr="00A06602" w:rsidRDefault="00000000">
      <w:pPr>
        <w:pStyle w:val="Heading2"/>
        <w:rPr>
          <w:sz w:val="20"/>
          <w:szCs w:val="20"/>
        </w:rPr>
      </w:pPr>
      <w:r w:rsidRPr="00A06602">
        <w:rPr>
          <w:sz w:val="20"/>
          <w:szCs w:val="20"/>
        </w:rPr>
        <w:t>Training Requirements</w:t>
      </w:r>
    </w:p>
    <w:p w14:paraId="48E774B3" w14:textId="77777777" w:rsidR="007E1DF0" w:rsidRPr="00A06602" w:rsidRDefault="00000000">
      <w:pPr>
        <w:pStyle w:val="ListBullet"/>
        <w:rPr>
          <w:sz w:val="16"/>
          <w:szCs w:val="16"/>
        </w:rPr>
      </w:pPr>
      <w:r w:rsidRPr="00A06602">
        <w:rPr>
          <w:sz w:val="16"/>
          <w:szCs w:val="16"/>
        </w:rPr>
        <w:t>Staff trained in manual handling, electrical safety, setup, inspection and customer briefing.</w:t>
      </w:r>
    </w:p>
    <w:sectPr w:rsidR="007E1DF0" w:rsidRPr="00A0660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8602051">
    <w:abstractNumId w:val="8"/>
  </w:num>
  <w:num w:numId="2" w16cid:durableId="1524048957">
    <w:abstractNumId w:val="6"/>
  </w:num>
  <w:num w:numId="3" w16cid:durableId="1753701408">
    <w:abstractNumId w:val="5"/>
  </w:num>
  <w:num w:numId="4" w16cid:durableId="215093204">
    <w:abstractNumId w:val="4"/>
  </w:num>
  <w:num w:numId="5" w16cid:durableId="1564101787">
    <w:abstractNumId w:val="7"/>
  </w:num>
  <w:num w:numId="6" w16cid:durableId="507208182">
    <w:abstractNumId w:val="3"/>
  </w:num>
  <w:num w:numId="7" w16cid:durableId="18625913">
    <w:abstractNumId w:val="2"/>
  </w:num>
  <w:num w:numId="8" w16cid:durableId="232007515">
    <w:abstractNumId w:val="1"/>
  </w:num>
  <w:num w:numId="9" w16cid:durableId="1613366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E1DF0"/>
    <w:rsid w:val="00887870"/>
    <w:rsid w:val="00A0660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85E0EF"/>
  <w14:defaultImageDpi w14:val="300"/>
  <w15:docId w15:val="{82BE5AED-9B2F-449E-9095-D369BEBD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2026-07-27T11:12:00Z</dcterms:created>
  <dcterms:modified xsi:type="dcterms:W3CDTF">2026-07-27T11:12:00Z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d43ec7bc-5f52-452e-9c31-1545912e27ae</vt:lpwstr>
  </property>
</Properties>
</file>