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CE4B1" w14:textId="77777777" w:rsidR="00D56163" w:rsidRPr="00F40093" w:rsidRDefault="00000000">
      <w:pPr>
        <w:pStyle w:val="Heading1"/>
        <w:rPr>
          <w:sz w:val="22"/>
          <w:szCs w:val="22"/>
        </w:rPr>
      </w:pPr>
      <w:r w:rsidRPr="00F40093">
        <w:rPr>
          <w:sz w:val="22"/>
          <w:szCs w:val="22"/>
        </w:rPr>
        <w:t>Risk Assessment – Coconut Shy Hire (HSE/AAIAC Style)</w:t>
      </w:r>
    </w:p>
    <w:p w14:paraId="24BE20BC" w14:textId="77777777" w:rsidR="00D56163" w:rsidRPr="00F40093" w:rsidRDefault="00000000">
      <w:pPr>
        <w:pStyle w:val="Heading2"/>
        <w:rPr>
          <w:sz w:val="22"/>
          <w:szCs w:val="22"/>
        </w:rPr>
      </w:pPr>
      <w:r w:rsidRPr="00F40093">
        <w:rPr>
          <w:sz w:val="22"/>
          <w:szCs w:val="22"/>
        </w:rPr>
        <w:t>Activity Description</w:t>
      </w:r>
    </w:p>
    <w:p w14:paraId="2CFA9C3F" w14:textId="77777777" w:rsidR="00D56163" w:rsidRPr="00F40093" w:rsidRDefault="00000000">
      <w:pPr>
        <w:rPr>
          <w:sz w:val="18"/>
          <w:szCs w:val="18"/>
        </w:rPr>
      </w:pPr>
      <w:r w:rsidRPr="00F40093">
        <w:rPr>
          <w:sz w:val="18"/>
          <w:szCs w:val="18"/>
        </w:rPr>
        <w:t>Delivery, setup, operation and collection of a Coconut Shy side stall for temporary event hire.</w:t>
      </w:r>
    </w:p>
    <w:p w14:paraId="2548EF76" w14:textId="77777777" w:rsidR="00D56163" w:rsidRPr="00F40093" w:rsidRDefault="00000000">
      <w:pPr>
        <w:pStyle w:val="Heading2"/>
        <w:rPr>
          <w:sz w:val="22"/>
          <w:szCs w:val="22"/>
        </w:rPr>
      </w:pPr>
      <w:r w:rsidRPr="00F40093">
        <w:rPr>
          <w:sz w:val="22"/>
          <w:szCs w:val="22"/>
        </w:rPr>
        <w:t>Persons at Risk</w:t>
      </w:r>
    </w:p>
    <w:p w14:paraId="7A173BC9" w14:textId="77777777" w:rsidR="00D56163" w:rsidRPr="00F40093" w:rsidRDefault="00000000">
      <w:pPr>
        <w:rPr>
          <w:sz w:val="18"/>
          <w:szCs w:val="18"/>
        </w:rPr>
      </w:pPr>
      <w:r w:rsidRPr="00F40093">
        <w:rPr>
          <w:sz w:val="18"/>
          <w:szCs w:val="18"/>
        </w:rPr>
        <w:t>Staff, hirers,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9"/>
        <w:gridCol w:w="2050"/>
        <w:gridCol w:w="1633"/>
        <w:gridCol w:w="1662"/>
        <w:gridCol w:w="1636"/>
      </w:tblGrid>
      <w:tr w:rsidR="00D56163" w:rsidRPr="00F40093" w14:paraId="231F4B20" w14:textId="77777777">
        <w:tc>
          <w:tcPr>
            <w:tcW w:w="1728" w:type="dxa"/>
          </w:tcPr>
          <w:p w14:paraId="685D7784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Hazard</w:t>
            </w:r>
          </w:p>
        </w:tc>
        <w:tc>
          <w:tcPr>
            <w:tcW w:w="1728" w:type="dxa"/>
          </w:tcPr>
          <w:p w14:paraId="64BEF990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Persons at Risk</w:t>
            </w:r>
          </w:p>
        </w:tc>
        <w:tc>
          <w:tcPr>
            <w:tcW w:w="1728" w:type="dxa"/>
          </w:tcPr>
          <w:p w14:paraId="0D78F7C3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Initial Risk</w:t>
            </w:r>
          </w:p>
        </w:tc>
        <w:tc>
          <w:tcPr>
            <w:tcW w:w="1728" w:type="dxa"/>
          </w:tcPr>
          <w:p w14:paraId="74C59D46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Control Measures</w:t>
            </w:r>
          </w:p>
        </w:tc>
        <w:tc>
          <w:tcPr>
            <w:tcW w:w="1728" w:type="dxa"/>
          </w:tcPr>
          <w:p w14:paraId="5C2F716D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Residual Risk</w:t>
            </w:r>
          </w:p>
        </w:tc>
      </w:tr>
      <w:tr w:rsidR="00D56163" w:rsidRPr="00F40093" w14:paraId="1B7F09E5" w14:textId="77777777">
        <w:tc>
          <w:tcPr>
            <w:tcW w:w="1728" w:type="dxa"/>
          </w:tcPr>
          <w:p w14:paraId="0291CD04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Manual handling</w:t>
            </w:r>
          </w:p>
        </w:tc>
        <w:tc>
          <w:tcPr>
            <w:tcW w:w="1728" w:type="dxa"/>
          </w:tcPr>
          <w:p w14:paraId="2E72C362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Staff</w:t>
            </w:r>
          </w:p>
        </w:tc>
        <w:tc>
          <w:tcPr>
            <w:tcW w:w="1728" w:type="dxa"/>
          </w:tcPr>
          <w:p w14:paraId="03BE5189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374AB176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4786DAA7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Low</w:t>
            </w:r>
          </w:p>
        </w:tc>
      </w:tr>
      <w:tr w:rsidR="00D56163" w:rsidRPr="00F40093" w14:paraId="0C15C5AA" w14:textId="77777777">
        <w:tc>
          <w:tcPr>
            <w:tcW w:w="1728" w:type="dxa"/>
          </w:tcPr>
          <w:p w14:paraId="73AB45C5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Thrown balls striking people</w:t>
            </w:r>
          </w:p>
        </w:tc>
        <w:tc>
          <w:tcPr>
            <w:tcW w:w="1728" w:type="dxa"/>
          </w:tcPr>
          <w:p w14:paraId="0CA07D85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Participants/Spectators</w:t>
            </w:r>
          </w:p>
        </w:tc>
        <w:tc>
          <w:tcPr>
            <w:tcW w:w="1728" w:type="dxa"/>
          </w:tcPr>
          <w:p w14:paraId="03FC20FA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7A89B922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Barrier throwing area and one thrower at a time.</w:t>
            </w:r>
          </w:p>
        </w:tc>
        <w:tc>
          <w:tcPr>
            <w:tcW w:w="1728" w:type="dxa"/>
          </w:tcPr>
          <w:p w14:paraId="109054E6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Low</w:t>
            </w:r>
          </w:p>
        </w:tc>
      </w:tr>
      <w:tr w:rsidR="00D56163" w:rsidRPr="00F40093" w14:paraId="79CA4EAB" w14:textId="77777777">
        <w:tc>
          <w:tcPr>
            <w:tcW w:w="1728" w:type="dxa"/>
          </w:tcPr>
          <w:p w14:paraId="3A4CB086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Trips around stall</w:t>
            </w:r>
          </w:p>
        </w:tc>
        <w:tc>
          <w:tcPr>
            <w:tcW w:w="1728" w:type="dxa"/>
          </w:tcPr>
          <w:p w14:paraId="2B1CCD23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All</w:t>
            </w:r>
          </w:p>
        </w:tc>
        <w:tc>
          <w:tcPr>
            <w:tcW w:w="1728" w:type="dxa"/>
          </w:tcPr>
          <w:p w14:paraId="0AF683FF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2E327DAB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Keep access routes clear of equipment and balls.</w:t>
            </w:r>
          </w:p>
        </w:tc>
        <w:tc>
          <w:tcPr>
            <w:tcW w:w="1728" w:type="dxa"/>
          </w:tcPr>
          <w:p w14:paraId="620BCD27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Low</w:t>
            </w:r>
          </w:p>
        </w:tc>
      </w:tr>
      <w:tr w:rsidR="00D56163" w:rsidRPr="00F40093" w14:paraId="2B63D3B4" w14:textId="77777777">
        <w:tc>
          <w:tcPr>
            <w:tcW w:w="1728" w:type="dxa"/>
          </w:tcPr>
          <w:p w14:paraId="6138FFD6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Unstable stall</w:t>
            </w:r>
          </w:p>
        </w:tc>
        <w:tc>
          <w:tcPr>
            <w:tcW w:w="1728" w:type="dxa"/>
          </w:tcPr>
          <w:p w14:paraId="62BBAF8C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All</w:t>
            </w:r>
          </w:p>
        </w:tc>
        <w:tc>
          <w:tcPr>
            <w:tcW w:w="1728" w:type="dxa"/>
          </w:tcPr>
          <w:p w14:paraId="554A82E5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268C80C1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Set up on firm, level ground and inspect before use.</w:t>
            </w:r>
          </w:p>
        </w:tc>
        <w:tc>
          <w:tcPr>
            <w:tcW w:w="1728" w:type="dxa"/>
          </w:tcPr>
          <w:p w14:paraId="773445B9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Low</w:t>
            </w:r>
          </w:p>
        </w:tc>
      </w:tr>
      <w:tr w:rsidR="00D56163" w:rsidRPr="00F40093" w14:paraId="3807728F" w14:textId="77777777">
        <w:tc>
          <w:tcPr>
            <w:tcW w:w="1728" w:type="dxa"/>
          </w:tcPr>
          <w:p w14:paraId="2FBD5FDB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Damaged coconuts or balls</w:t>
            </w:r>
          </w:p>
        </w:tc>
        <w:tc>
          <w:tcPr>
            <w:tcW w:w="1728" w:type="dxa"/>
          </w:tcPr>
          <w:p w14:paraId="0F1328A2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Participants</w:t>
            </w:r>
          </w:p>
        </w:tc>
        <w:tc>
          <w:tcPr>
            <w:tcW w:w="1728" w:type="dxa"/>
          </w:tcPr>
          <w:p w14:paraId="6D0A7AAF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Low</w:t>
            </w:r>
          </w:p>
        </w:tc>
        <w:tc>
          <w:tcPr>
            <w:tcW w:w="1728" w:type="dxa"/>
          </w:tcPr>
          <w:p w14:paraId="46116F61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Inspect and replace damaged equipment.</w:t>
            </w:r>
          </w:p>
        </w:tc>
        <w:tc>
          <w:tcPr>
            <w:tcW w:w="1728" w:type="dxa"/>
          </w:tcPr>
          <w:p w14:paraId="25EAB3FB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Low</w:t>
            </w:r>
          </w:p>
        </w:tc>
      </w:tr>
      <w:tr w:rsidR="00D56163" w:rsidRPr="00F40093" w14:paraId="6CB01EF0" w14:textId="77777777">
        <w:tc>
          <w:tcPr>
            <w:tcW w:w="1728" w:type="dxa"/>
          </w:tcPr>
          <w:p w14:paraId="10C2B1A4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Horseplay</w:t>
            </w:r>
          </w:p>
        </w:tc>
        <w:tc>
          <w:tcPr>
            <w:tcW w:w="1728" w:type="dxa"/>
          </w:tcPr>
          <w:p w14:paraId="1825A451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Participants</w:t>
            </w:r>
          </w:p>
        </w:tc>
        <w:tc>
          <w:tcPr>
            <w:tcW w:w="1728" w:type="dxa"/>
          </w:tcPr>
          <w:p w14:paraId="771D72B1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3FC5E424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Provide supervision and clear safety briefing.</w:t>
            </w:r>
          </w:p>
        </w:tc>
        <w:tc>
          <w:tcPr>
            <w:tcW w:w="1728" w:type="dxa"/>
          </w:tcPr>
          <w:p w14:paraId="25CE0C07" w14:textId="77777777" w:rsidR="00D56163" w:rsidRPr="00F40093" w:rsidRDefault="00000000">
            <w:pPr>
              <w:rPr>
                <w:sz w:val="18"/>
                <w:szCs w:val="18"/>
              </w:rPr>
            </w:pPr>
            <w:r w:rsidRPr="00F40093">
              <w:rPr>
                <w:sz w:val="18"/>
                <w:szCs w:val="18"/>
              </w:rPr>
              <w:t>Low</w:t>
            </w:r>
          </w:p>
        </w:tc>
      </w:tr>
    </w:tbl>
    <w:p w14:paraId="3B9FD872" w14:textId="77777777" w:rsidR="00D56163" w:rsidRPr="00F40093" w:rsidRDefault="00000000">
      <w:pPr>
        <w:pStyle w:val="Heading2"/>
        <w:rPr>
          <w:sz w:val="22"/>
          <w:szCs w:val="22"/>
        </w:rPr>
      </w:pPr>
      <w:r w:rsidRPr="00F40093">
        <w:rPr>
          <w:sz w:val="22"/>
          <w:szCs w:val="22"/>
        </w:rPr>
        <w:t>Operational Controls</w:t>
      </w:r>
    </w:p>
    <w:p w14:paraId="7E3F5F9B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Set up on a firm, level surface.</w:t>
      </w:r>
    </w:p>
    <w:p w14:paraId="6043C77A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Maintain a clearly marked throwing zone.</w:t>
      </w:r>
    </w:p>
    <w:p w14:paraId="23486B10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Only one participant throws at a time.</w:t>
      </w:r>
    </w:p>
    <w:p w14:paraId="2C401330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Withdraw damaged equipment from use.</w:t>
      </w:r>
    </w:p>
    <w:p w14:paraId="312CF221" w14:textId="77777777" w:rsidR="00D56163" w:rsidRPr="00F40093" w:rsidRDefault="00000000">
      <w:pPr>
        <w:pStyle w:val="Heading2"/>
        <w:rPr>
          <w:sz w:val="22"/>
          <w:szCs w:val="22"/>
        </w:rPr>
      </w:pPr>
      <w:r w:rsidRPr="00F40093">
        <w:rPr>
          <w:sz w:val="22"/>
          <w:szCs w:val="22"/>
        </w:rPr>
        <w:t>Emergency Procedures</w:t>
      </w:r>
    </w:p>
    <w:p w14:paraId="24519FBA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Stop play if equipment becomes unsafe.</w:t>
      </w:r>
    </w:p>
    <w:p w14:paraId="6A695DD6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Provide first aid where required.</w:t>
      </w:r>
    </w:p>
    <w:p w14:paraId="6741CE94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Record and report incidents.</w:t>
      </w:r>
    </w:p>
    <w:p w14:paraId="629EFCEC" w14:textId="77777777" w:rsidR="00D56163" w:rsidRPr="00F40093" w:rsidRDefault="00000000">
      <w:pPr>
        <w:pStyle w:val="Heading2"/>
        <w:rPr>
          <w:sz w:val="22"/>
          <w:szCs w:val="22"/>
        </w:rPr>
      </w:pPr>
      <w:r w:rsidRPr="00F40093">
        <w:rPr>
          <w:sz w:val="22"/>
          <w:szCs w:val="22"/>
        </w:rPr>
        <w:t>Inspection Checklist</w:t>
      </w:r>
    </w:p>
    <w:p w14:paraId="0859DEED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Stall secure.</w:t>
      </w:r>
    </w:p>
    <w:p w14:paraId="7AC9E0DE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Targets secure.</w:t>
      </w:r>
    </w:p>
    <w:p w14:paraId="2DC49C63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Balls serviceable.</w:t>
      </w:r>
    </w:p>
    <w:p w14:paraId="6AB03FA1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Area free from trip hazards.</w:t>
      </w:r>
    </w:p>
    <w:p w14:paraId="0685F023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No sharp edges.</w:t>
      </w:r>
    </w:p>
    <w:p w14:paraId="5B5A30BA" w14:textId="77777777" w:rsidR="00D56163" w:rsidRPr="00F40093" w:rsidRDefault="00000000">
      <w:pPr>
        <w:pStyle w:val="Heading2"/>
        <w:rPr>
          <w:sz w:val="22"/>
          <w:szCs w:val="22"/>
        </w:rPr>
      </w:pPr>
      <w:r w:rsidRPr="00F40093">
        <w:rPr>
          <w:sz w:val="22"/>
          <w:szCs w:val="22"/>
        </w:rPr>
        <w:t>Training Requirements</w:t>
      </w:r>
    </w:p>
    <w:p w14:paraId="2E0C2A63" w14:textId="77777777" w:rsidR="00D56163" w:rsidRPr="00F40093" w:rsidRDefault="00000000">
      <w:pPr>
        <w:pStyle w:val="ListBullet"/>
        <w:rPr>
          <w:sz w:val="18"/>
          <w:szCs w:val="18"/>
        </w:rPr>
      </w:pPr>
      <w:r w:rsidRPr="00F40093">
        <w:rPr>
          <w:sz w:val="18"/>
          <w:szCs w:val="18"/>
        </w:rPr>
        <w:t>Staff trained in setup, manual handling, inspection and customer supervision.</w:t>
      </w:r>
    </w:p>
    <w:sectPr w:rsidR="00D56163" w:rsidRPr="00F400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4750916">
    <w:abstractNumId w:val="8"/>
  </w:num>
  <w:num w:numId="2" w16cid:durableId="376854546">
    <w:abstractNumId w:val="6"/>
  </w:num>
  <w:num w:numId="3" w16cid:durableId="428894510">
    <w:abstractNumId w:val="5"/>
  </w:num>
  <w:num w:numId="4" w16cid:durableId="181094027">
    <w:abstractNumId w:val="4"/>
  </w:num>
  <w:num w:numId="5" w16cid:durableId="1861123519">
    <w:abstractNumId w:val="7"/>
  </w:num>
  <w:num w:numId="6" w16cid:durableId="1810199713">
    <w:abstractNumId w:val="3"/>
  </w:num>
  <w:num w:numId="7" w16cid:durableId="1395162844">
    <w:abstractNumId w:val="2"/>
  </w:num>
  <w:num w:numId="8" w16cid:durableId="1412192136">
    <w:abstractNumId w:val="1"/>
  </w:num>
  <w:num w:numId="9" w16cid:durableId="1682388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B7295"/>
    <w:rsid w:val="00AA1D8D"/>
    <w:rsid w:val="00B47730"/>
    <w:rsid w:val="00CB0664"/>
    <w:rsid w:val="00D56163"/>
    <w:rsid w:val="00F400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B64C38"/>
  <w14:defaultImageDpi w14:val="300"/>
  <w15:docId w15:val="{5C63FB4B-84FF-4D4E-AADA-884319A8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2026-07-27T11:20:00Z</dcterms:created>
  <dcterms:modified xsi:type="dcterms:W3CDTF">2026-07-27T11:20:00Z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11564ad3-cdcd-4227-ac9a-e03bc98843e6</vt:lpwstr>
  </property>
</Properties>
</file>