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D21C3" w14:textId="77777777" w:rsidR="00711E6D" w:rsidRPr="00744D91" w:rsidRDefault="00000000">
      <w:pPr>
        <w:pStyle w:val="Heading1"/>
        <w:rPr>
          <w:sz w:val="18"/>
          <w:szCs w:val="18"/>
        </w:rPr>
      </w:pPr>
      <w:r w:rsidRPr="00744D91">
        <w:rPr>
          <w:sz w:val="18"/>
          <w:szCs w:val="18"/>
        </w:rPr>
        <w:t>Risk Assessment – Coffee Machine Hire (HSE/AAIAC Style)</w:t>
      </w:r>
    </w:p>
    <w:p w14:paraId="3EB51141" w14:textId="77777777" w:rsidR="00711E6D" w:rsidRPr="00744D91" w:rsidRDefault="00000000">
      <w:pPr>
        <w:pStyle w:val="Heading2"/>
        <w:rPr>
          <w:sz w:val="18"/>
          <w:szCs w:val="18"/>
        </w:rPr>
      </w:pPr>
      <w:r w:rsidRPr="00744D91">
        <w:rPr>
          <w:sz w:val="18"/>
          <w:szCs w:val="18"/>
        </w:rPr>
        <w:t>Activity Description</w:t>
      </w:r>
    </w:p>
    <w:p w14:paraId="4363B52B" w14:textId="77777777" w:rsidR="00711E6D" w:rsidRPr="00744D91" w:rsidRDefault="00000000">
      <w:pPr>
        <w:rPr>
          <w:sz w:val="14"/>
          <w:szCs w:val="14"/>
        </w:rPr>
      </w:pPr>
      <w:r w:rsidRPr="00744D91">
        <w:rPr>
          <w:sz w:val="14"/>
          <w:szCs w:val="14"/>
        </w:rPr>
        <w:t>Delivery, setup, operation and collection of a commercial coffee machine for temporary hire at events.</w:t>
      </w:r>
    </w:p>
    <w:p w14:paraId="632A0231" w14:textId="77777777" w:rsidR="00711E6D" w:rsidRPr="00744D91" w:rsidRDefault="00000000">
      <w:pPr>
        <w:pStyle w:val="Heading2"/>
        <w:rPr>
          <w:sz w:val="18"/>
          <w:szCs w:val="18"/>
        </w:rPr>
      </w:pPr>
      <w:r w:rsidRPr="00744D91">
        <w:rPr>
          <w:sz w:val="18"/>
          <w:szCs w:val="18"/>
        </w:rPr>
        <w:t>Persons at Risk</w:t>
      </w:r>
    </w:p>
    <w:p w14:paraId="5DA30E41" w14:textId="77777777" w:rsidR="00711E6D" w:rsidRPr="00744D91" w:rsidRDefault="00000000">
      <w:pPr>
        <w:rPr>
          <w:sz w:val="14"/>
          <w:szCs w:val="14"/>
        </w:rPr>
      </w:pPr>
      <w:r w:rsidRPr="00744D91">
        <w:rPr>
          <w:sz w:val="14"/>
          <w:szCs w:val="14"/>
        </w:rPr>
        <w:t>Staff, hirers, operators, participants, customers, children and spectators.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6"/>
        <w:gridCol w:w="1725"/>
      </w:tblGrid>
      <w:tr w:rsidR="00711E6D" w:rsidRPr="00744D91" w14:paraId="6BD8129E" w14:textId="77777777">
        <w:tc>
          <w:tcPr>
            <w:tcW w:w="1728" w:type="dxa"/>
          </w:tcPr>
          <w:p w14:paraId="5366C880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Hazard</w:t>
            </w:r>
          </w:p>
        </w:tc>
        <w:tc>
          <w:tcPr>
            <w:tcW w:w="1728" w:type="dxa"/>
          </w:tcPr>
          <w:p w14:paraId="2926BE21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Persons at Risk</w:t>
            </w:r>
          </w:p>
        </w:tc>
        <w:tc>
          <w:tcPr>
            <w:tcW w:w="1728" w:type="dxa"/>
          </w:tcPr>
          <w:p w14:paraId="4E58B37B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Initial Risk</w:t>
            </w:r>
          </w:p>
        </w:tc>
        <w:tc>
          <w:tcPr>
            <w:tcW w:w="1728" w:type="dxa"/>
          </w:tcPr>
          <w:p w14:paraId="3BEA5811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Control Measures</w:t>
            </w:r>
          </w:p>
        </w:tc>
        <w:tc>
          <w:tcPr>
            <w:tcW w:w="1728" w:type="dxa"/>
          </w:tcPr>
          <w:p w14:paraId="28414A9C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Residual Risk</w:t>
            </w:r>
          </w:p>
        </w:tc>
      </w:tr>
      <w:tr w:rsidR="00711E6D" w:rsidRPr="00744D91" w14:paraId="15B5DB64" w14:textId="77777777">
        <w:tc>
          <w:tcPr>
            <w:tcW w:w="1728" w:type="dxa"/>
          </w:tcPr>
          <w:p w14:paraId="5B4F3055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Manual handling during transport and setup</w:t>
            </w:r>
          </w:p>
        </w:tc>
        <w:tc>
          <w:tcPr>
            <w:tcW w:w="1728" w:type="dxa"/>
          </w:tcPr>
          <w:p w14:paraId="07FE0D51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Staff</w:t>
            </w:r>
          </w:p>
        </w:tc>
        <w:tc>
          <w:tcPr>
            <w:tcW w:w="1728" w:type="dxa"/>
          </w:tcPr>
          <w:p w14:paraId="38518723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2ABA11B9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Use safe lifting techniques and team lifts where required.</w:t>
            </w:r>
          </w:p>
        </w:tc>
        <w:tc>
          <w:tcPr>
            <w:tcW w:w="1728" w:type="dxa"/>
          </w:tcPr>
          <w:p w14:paraId="3F46AF0A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Low</w:t>
            </w:r>
          </w:p>
        </w:tc>
      </w:tr>
      <w:tr w:rsidR="00711E6D" w:rsidRPr="00744D91" w14:paraId="46679D0C" w14:textId="77777777">
        <w:tc>
          <w:tcPr>
            <w:tcW w:w="1728" w:type="dxa"/>
          </w:tcPr>
          <w:p w14:paraId="7CAE4D1D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Burns from hot water, steam and heated surfaces</w:t>
            </w:r>
          </w:p>
        </w:tc>
        <w:tc>
          <w:tcPr>
            <w:tcW w:w="1728" w:type="dxa"/>
          </w:tcPr>
          <w:p w14:paraId="45D13DCE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Operators/Customers</w:t>
            </w:r>
          </w:p>
        </w:tc>
        <w:tc>
          <w:tcPr>
            <w:tcW w:w="1728" w:type="dxa"/>
          </w:tcPr>
          <w:p w14:paraId="073CF3D0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48621C39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Only trained operators to use the machine; avoid contact with steam wands, hot water outlets and heated surfaces; allow equipment to cool before moving.</w:t>
            </w:r>
          </w:p>
        </w:tc>
        <w:tc>
          <w:tcPr>
            <w:tcW w:w="1728" w:type="dxa"/>
          </w:tcPr>
          <w:p w14:paraId="76E1903E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Low</w:t>
            </w:r>
          </w:p>
        </w:tc>
      </w:tr>
      <w:tr w:rsidR="00711E6D" w:rsidRPr="00744D91" w14:paraId="4C9A0F03" w14:textId="77777777">
        <w:tc>
          <w:tcPr>
            <w:tcW w:w="1728" w:type="dxa"/>
          </w:tcPr>
          <w:p w14:paraId="1000BF63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Electrical hazards</w:t>
            </w:r>
          </w:p>
        </w:tc>
        <w:tc>
          <w:tcPr>
            <w:tcW w:w="1728" w:type="dxa"/>
          </w:tcPr>
          <w:p w14:paraId="07BAED45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292D1B4D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427D2B65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Ensure equipment is PAT tested, inspect cables and plugs before use, and connect through an RCD-protected supply.</w:t>
            </w:r>
          </w:p>
        </w:tc>
        <w:tc>
          <w:tcPr>
            <w:tcW w:w="1728" w:type="dxa"/>
          </w:tcPr>
          <w:p w14:paraId="56F69409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Low</w:t>
            </w:r>
          </w:p>
        </w:tc>
      </w:tr>
      <w:tr w:rsidR="00711E6D" w:rsidRPr="00744D91" w14:paraId="3E50C54B" w14:textId="77777777">
        <w:tc>
          <w:tcPr>
            <w:tcW w:w="1728" w:type="dxa"/>
          </w:tcPr>
          <w:p w14:paraId="4D3EB597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Food hygiene and milk contamination</w:t>
            </w:r>
          </w:p>
        </w:tc>
        <w:tc>
          <w:tcPr>
            <w:tcW w:w="1728" w:type="dxa"/>
          </w:tcPr>
          <w:p w14:paraId="79C930FA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Operators/Consumers</w:t>
            </w:r>
          </w:p>
        </w:tc>
        <w:tc>
          <w:tcPr>
            <w:tcW w:w="1728" w:type="dxa"/>
          </w:tcPr>
          <w:p w14:paraId="3668DFD5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705FAF57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Maintain food hygiene standards, clean machine thoroughly before and after use, and keep milk refrigerated where applicable.</w:t>
            </w:r>
          </w:p>
        </w:tc>
        <w:tc>
          <w:tcPr>
            <w:tcW w:w="1728" w:type="dxa"/>
          </w:tcPr>
          <w:p w14:paraId="21D688F4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Low</w:t>
            </w:r>
          </w:p>
        </w:tc>
      </w:tr>
      <w:tr w:rsidR="00711E6D" w:rsidRPr="00744D91" w14:paraId="2C5E6B13" w14:textId="77777777">
        <w:tc>
          <w:tcPr>
            <w:tcW w:w="1728" w:type="dxa"/>
          </w:tcPr>
          <w:p w14:paraId="3BADA11E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Trips from trailing electrical cables</w:t>
            </w:r>
          </w:p>
        </w:tc>
        <w:tc>
          <w:tcPr>
            <w:tcW w:w="1728" w:type="dxa"/>
          </w:tcPr>
          <w:p w14:paraId="0F0AD1B2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2D1B4C51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0B4B912D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Route and secure cables away from walkways using cable covers where necessary.</w:t>
            </w:r>
          </w:p>
        </w:tc>
        <w:tc>
          <w:tcPr>
            <w:tcW w:w="1728" w:type="dxa"/>
          </w:tcPr>
          <w:p w14:paraId="6D0D2557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Low</w:t>
            </w:r>
          </w:p>
        </w:tc>
      </w:tr>
      <w:tr w:rsidR="00711E6D" w:rsidRPr="00744D91" w14:paraId="57C0D8EE" w14:textId="77777777">
        <w:tc>
          <w:tcPr>
            <w:tcW w:w="1728" w:type="dxa"/>
          </w:tcPr>
          <w:p w14:paraId="3D3E841B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Water leaks creating slip hazards</w:t>
            </w:r>
          </w:p>
        </w:tc>
        <w:tc>
          <w:tcPr>
            <w:tcW w:w="1728" w:type="dxa"/>
          </w:tcPr>
          <w:p w14:paraId="225ECF3C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2A40F8F4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199B7F69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Inspect connections before use and clean any spillages immediately.</w:t>
            </w:r>
          </w:p>
        </w:tc>
        <w:tc>
          <w:tcPr>
            <w:tcW w:w="1728" w:type="dxa"/>
          </w:tcPr>
          <w:p w14:paraId="7D739FA8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Low</w:t>
            </w:r>
          </w:p>
        </w:tc>
      </w:tr>
      <w:tr w:rsidR="00711E6D" w:rsidRPr="00744D91" w14:paraId="19D1CE12" w14:textId="77777777">
        <w:tc>
          <w:tcPr>
            <w:tcW w:w="1728" w:type="dxa"/>
          </w:tcPr>
          <w:p w14:paraId="1C4F07B1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Damaged equipment</w:t>
            </w:r>
          </w:p>
        </w:tc>
        <w:tc>
          <w:tcPr>
            <w:tcW w:w="1728" w:type="dxa"/>
          </w:tcPr>
          <w:p w14:paraId="1EE6D3FD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185F5DB7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1D9AEFED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Inspect before dispatch and after collection; remove damaged equipment from service.</w:t>
            </w:r>
          </w:p>
        </w:tc>
        <w:tc>
          <w:tcPr>
            <w:tcW w:w="1728" w:type="dxa"/>
          </w:tcPr>
          <w:p w14:paraId="5BF324A6" w14:textId="77777777" w:rsidR="00711E6D" w:rsidRPr="00744D91" w:rsidRDefault="00000000">
            <w:pPr>
              <w:rPr>
                <w:sz w:val="14"/>
                <w:szCs w:val="14"/>
              </w:rPr>
            </w:pPr>
            <w:r w:rsidRPr="00744D91">
              <w:rPr>
                <w:sz w:val="14"/>
                <w:szCs w:val="14"/>
              </w:rPr>
              <w:t>Low</w:t>
            </w:r>
          </w:p>
        </w:tc>
      </w:tr>
    </w:tbl>
    <w:p w14:paraId="20DB533F" w14:textId="77777777" w:rsidR="00711E6D" w:rsidRPr="00744D91" w:rsidRDefault="00000000">
      <w:pPr>
        <w:pStyle w:val="Heading2"/>
        <w:rPr>
          <w:sz w:val="18"/>
          <w:szCs w:val="18"/>
        </w:rPr>
      </w:pPr>
      <w:r w:rsidRPr="00744D91">
        <w:rPr>
          <w:sz w:val="18"/>
          <w:szCs w:val="18"/>
        </w:rPr>
        <w:t>Operational Controls</w:t>
      </w:r>
    </w:p>
    <w:p w14:paraId="19154F09" w14:textId="77777777" w:rsidR="00711E6D" w:rsidRPr="00744D91" w:rsidRDefault="00000000">
      <w:pPr>
        <w:pStyle w:val="ListBullet"/>
        <w:rPr>
          <w:sz w:val="14"/>
          <w:szCs w:val="14"/>
        </w:rPr>
      </w:pPr>
      <w:r w:rsidRPr="00744D91">
        <w:rPr>
          <w:sz w:val="14"/>
          <w:szCs w:val="14"/>
        </w:rPr>
        <w:t>Position the coffee machine on a stable, level, heat-resistant surface.</w:t>
      </w:r>
    </w:p>
    <w:p w14:paraId="6185DA1E" w14:textId="77777777" w:rsidR="00711E6D" w:rsidRPr="00744D91" w:rsidRDefault="00000000">
      <w:pPr>
        <w:pStyle w:val="ListBullet"/>
        <w:rPr>
          <w:sz w:val="14"/>
          <w:szCs w:val="14"/>
        </w:rPr>
      </w:pPr>
      <w:r w:rsidRPr="00744D91">
        <w:rPr>
          <w:sz w:val="14"/>
          <w:szCs w:val="14"/>
        </w:rPr>
        <w:t>Ensure adequate ventilation around the machine.</w:t>
      </w:r>
    </w:p>
    <w:p w14:paraId="670DA689" w14:textId="77777777" w:rsidR="00711E6D" w:rsidRPr="00744D91" w:rsidRDefault="00000000">
      <w:pPr>
        <w:pStyle w:val="ListBullet"/>
        <w:rPr>
          <w:sz w:val="14"/>
          <w:szCs w:val="14"/>
        </w:rPr>
      </w:pPr>
      <w:r w:rsidRPr="00744D91">
        <w:rPr>
          <w:sz w:val="14"/>
          <w:szCs w:val="14"/>
        </w:rPr>
        <w:t>Do not leave the machine unattended while in operation.</w:t>
      </w:r>
    </w:p>
    <w:p w14:paraId="11BAB65B" w14:textId="77777777" w:rsidR="00711E6D" w:rsidRPr="00744D91" w:rsidRDefault="00000000">
      <w:pPr>
        <w:pStyle w:val="ListBullet"/>
        <w:rPr>
          <w:sz w:val="14"/>
          <w:szCs w:val="14"/>
        </w:rPr>
      </w:pPr>
      <w:r w:rsidRPr="00744D91">
        <w:rPr>
          <w:sz w:val="14"/>
          <w:szCs w:val="14"/>
        </w:rPr>
        <w:t>Keep children away from hot components and serving areas.</w:t>
      </w:r>
    </w:p>
    <w:p w14:paraId="42F279B4" w14:textId="77777777" w:rsidR="00711E6D" w:rsidRPr="00744D91" w:rsidRDefault="00000000">
      <w:pPr>
        <w:pStyle w:val="ListBullet"/>
        <w:rPr>
          <w:sz w:val="14"/>
          <w:szCs w:val="14"/>
        </w:rPr>
      </w:pPr>
      <w:r w:rsidRPr="00744D91">
        <w:rPr>
          <w:sz w:val="14"/>
          <w:szCs w:val="14"/>
        </w:rPr>
        <w:t>Allow equipment to cool before cleaning, draining or transport.</w:t>
      </w:r>
    </w:p>
    <w:p w14:paraId="6B33D484" w14:textId="77777777" w:rsidR="00711E6D" w:rsidRPr="00744D91" w:rsidRDefault="00000000">
      <w:pPr>
        <w:pStyle w:val="Heading2"/>
        <w:rPr>
          <w:sz w:val="18"/>
          <w:szCs w:val="18"/>
        </w:rPr>
      </w:pPr>
      <w:r w:rsidRPr="00744D91">
        <w:rPr>
          <w:sz w:val="18"/>
          <w:szCs w:val="18"/>
        </w:rPr>
        <w:t>Emergency Procedures</w:t>
      </w:r>
    </w:p>
    <w:p w14:paraId="3E6CBBE5" w14:textId="77777777" w:rsidR="00711E6D" w:rsidRPr="00744D91" w:rsidRDefault="00000000">
      <w:pPr>
        <w:pStyle w:val="ListBullet"/>
        <w:rPr>
          <w:sz w:val="14"/>
          <w:szCs w:val="14"/>
        </w:rPr>
      </w:pPr>
      <w:r w:rsidRPr="00744D91">
        <w:rPr>
          <w:sz w:val="14"/>
          <w:szCs w:val="14"/>
        </w:rPr>
        <w:t>Switch off and unplug the machine immediately if a fault develops.</w:t>
      </w:r>
    </w:p>
    <w:p w14:paraId="6C71286A" w14:textId="77777777" w:rsidR="00711E6D" w:rsidRPr="00744D91" w:rsidRDefault="00000000">
      <w:pPr>
        <w:pStyle w:val="ListBullet"/>
        <w:rPr>
          <w:sz w:val="14"/>
          <w:szCs w:val="14"/>
        </w:rPr>
      </w:pPr>
      <w:r w:rsidRPr="00744D91">
        <w:rPr>
          <w:sz w:val="14"/>
          <w:szCs w:val="14"/>
        </w:rPr>
        <w:t>Treat burns with cool running water and seek medical attention if necessary.</w:t>
      </w:r>
    </w:p>
    <w:p w14:paraId="4C285DBF" w14:textId="77777777" w:rsidR="00711E6D" w:rsidRPr="00744D91" w:rsidRDefault="00000000">
      <w:pPr>
        <w:pStyle w:val="ListBullet"/>
        <w:rPr>
          <w:sz w:val="14"/>
          <w:szCs w:val="14"/>
        </w:rPr>
      </w:pPr>
      <w:r w:rsidRPr="00744D91">
        <w:rPr>
          <w:sz w:val="14"/>
          <w:szCs w:val="14"/>
        </w:rPr>
        <w:t>Clean spillages immediately to reduce slip risks.</w:t>
      </w:r>
    </w:p>
    <w:p w14:paraId="43A15050" w14:textId="77777777" w:rsidR="00711E6D" w:rsidRPr="00744D91" w:rsidRDefault="00000000">
      <w:pPr>
        <w:pStyle w:val="ListBullet"/>
        <w:rPr>
          <w:sz w:val="14"/>
          <w:szCs w:val="14"/>
        </w:rPr>
      </w:pPr>
      <w:r w:rsidRPr="00744D91">
        <w:rPr>
          <w:sz w:val="14"/>
          <w:szCs w:val="14"/>
        </w:rPr>
        <w:t>Report all incidents and isolate defective equipment until repaired.</w:t>
      </w:r>
    </w:p>
    <w:p w14:paraId="1E92E46E" w14:textId="77777777" w:rsidR="00711E6D" w:rsidRPr="00744D91" w:rsidRDefault="00000000">
      <w:pPr>
        <w:pStyle w:val="Heading2"/>
        <w:rPr>
          <w:sz w:val="18"/>
          <w:szCs w:val="18"/>
        </w:rPr>
      </w:pPr>
      <w:r w:rsidRPr="00744D91">
        <w:rPr>
          <w:sz w:val="18"/>
          <w:szCs w:val="18"/>
        </w:rPr>
        <w:t>Inspection Checklist</w:t>
      </w:r>
    </w:p>
    <w:p w14:paraId="045221DD" w14:textId="77777777" w:rsidR="00711E6D" w:rsidRPr="00744D91" w:rsidRDefault="00000000">
      <w:pPr>
        <w:pStyle w:val="ListBullet"/>
        <w:rPr>
          <w:sz w:val="14"/>
          <w:szCs w:val="14"/>
        </w:rPr>
      </w:pPr>
      <w:r w:rsidRPr="00744D91">
        <w:rPr>
          <w:sz w:val="14"/>
          <w:szCs w:val="14"/>
        </w:rPr>
        <w:t>Power cable and plug undamaged.</w:t>
      </w:r>
    </w:p>
    <w:p w14:paraId="5DE9BCDA" w14:textId="77777777" w:rsidR="00711E6D" w:rsidRPr="00744D91" w:rsidRDefault="00000000">
      <w:pPr>
        <w:pStyle w:val="ListBullet"/>
        <w:rPr>
          <w:sz w:val="14"/>
          <w:szCs w:val="14"/>
        </w:rPr>
      </w:pPr>
      <w:r w:rsidRPr="00744D91">
        <w:rPr>
          <w:sz w:val="14"/>
          <w:szCs w:val="14"/>
        </w:rPr>
        <w:t>Water connections secure with no leaks.</w:t>
      </w:r>
    </w:p>
    <w:p w14:paraId="6AFEDF6B" w14:textId="77777777" w:rsidR="00711E6D" w:rsidRPr="00744D91" w:rsidRDefault="00000000">
      <w:pPr>
        <w:pStyle w:val="ListBullet"/>
        <w:rPr>
          <w:sz w:val="14"/>
          <w:szCs w:val="14"/>
        </w:rPr>
      </w:pPr>
      <w:r w:rsidRPr="00744D91">
        <w:rPr>
          <w:sz w:val="14"/>
          <w:szCs w:val="14"/>
        </w:rPr>
        <w:t>Steam wand and controls operating correctly.</w:t>
      </w:r>
    </w:p>
    <w:p w14:paraId="4ECDFF1C" w14:textId="77777777" w:rsidR="00711E6D" w:rsidRPr="00744D91" w:rsidRDefault="00000000">
      <w:pPr>
        <w:pStyle w:val="ListBullet"/>
        <w:rPr>
          <w:sz w:val="14"/>
          <w:szCs w:val="14"/>
        </w:rPr>
      </w:pPr>
      <w:r w:rsidRPr="00744D91">
        <w:rPr>
          <w:sz w:val="14"/>
          <w:szCs w:val="14"/>
        </w:rPr>
        <w:t>Machine clean and sanitised.</w:t>
      </w:r>
    </w:p>
    <w:p w14:paraId="4FC0BD19" w14:textId="77777777" w:rsidR="00711E6D" w:rsidRPr="00744D91" w:rsidRDefault="00000000">
      <w:pPr>
        <w:pStyle w:val="ListBullet"/>
        <w:rPr>
          <w:sz w:val="14"/>
          <w:szCs w:val="14"/>
        </w:rPr>
      </w:pPr>
      <w:r w:rsidRPr="00744D91">
        <w:rPr>
          <w:sz w:val="14"/>
          <w:szCs w:val="14"/>
        </w:rPr>
        <w:t>No visible damage or exposed wiring.</w:t>
      </w:r>
    </w:p>
    <w:p w14:paraId="30233F73" w14:textId="77777777" w:rsidR="00711E6D" w:rsidRPr="00744D91" w:rsidRDefault="00000000">
      <w:pPr>
        <w:pStyle w:val="Heading2"/>
        <w:rPr>
          <w:sz w:val="18"/>
          <w:szCs w:val="18"/>
        </w:rPr>
      </w:pPr>
      <w:r w:rsidRPr="00744D91">
        <w:rPr>
          <w:sz w:val="18"/>
          <w:szCs w:val="18"/>
        </w:rPr>
        <w:t>Training Requirements</w:t>
      </w:r>
    </w:p>
    <w:p w14:paraId="5345F0AC" w14:textId="77777777" w:rsidR="00711E6D" w:rsidRPr="00744D91" w:rsidRDefault="00000000">
      <w:pPr>
        <w:pStyle w:val="ListBullet"/>
        <w:rPr>
          <w:sz w:val="14"/>
          <w:szCs w:val="14"/>
        </w:rPr>
      </w:pPr>
      <w:r w:rsidRPr="00744D91">
        <w:rPr>
          <w:sz w:val="14"/>
          <w:szCs w:val="14"/>
        </w:rPr>
        <w:t>Staff trained in manual handling, electrical safety, food hygiene, safe operation, cleaning procedures and customer briefing.</w:t>
      </w:r>
    </w:p>
    <w:sectPr w:rsidR="00711E6D" w:rsidRPr="00744D9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9038900">
    <w:abstractNumId w:val="8"/>
  </w:num>
  <w:num w:numId="2" w16cid:durableId="2133397632">
    <w:abstractNumId w:val="6"/>
  </w:num>
  <w:num w:numId="3" w16cid:durableId="488207908">
    <w:abstractNumId w:val="5"/>
  </w:num>
  <w:num w:numId="4" w16cid:durableId="1202403754">
    <w:abstractNumId w:val="4"/>
  </w:num>
  <w:num w:numId="5" w16cid:durableId="1517226749">
    <w:abstractNumId w:val="7"/>
  </w:num>
  <w:num w:numId="6" w16cid:durableId="732313459">
    <w:abstractNumId w:val="3"/>
  </w:num>
  <w:num w:numId="7" w16cid:durableId="564217975">
    <w:abstractNumId w:val="2"/>
  </w:num>
  <w:num w:numId="8" w16cid:durableId="1052729770">
    <w:abstractNumId w:val="1"/>
  </w:num>
  <w:num w:numId="9" w16cid:durableId="15272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A499D"/>
    <w:rsid w:val="00711E6D"/>
    <w:rsid w:val="00744D9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A2AC94"/>
  <w14:defaultImageDpi w14:val="300"/>
  <w15:docId w15:val="{B7DB2D1F-E6D1-45F7-B6C0-A9A3BF9D6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2026-07-27T12:38:00Z</dcterms:created>
  <dcterms:modified xsi:type="dcterms:W3CDTF">2026-07-27T12:38:00Z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e58cf619-b027-45e5-bff0-0b2822e898cf</vt:lpwstr>
  </property>
</Properties>
</file>