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E11E1" w14:textId="77777777" w:rsidR="00BD0592" w:rsidRDefault="00000000">
      <w:pPr>
        <w:pStyle w:val="Heading1"/>
      </w:pPr>
      <w:r>
        <w:t>Risk Assessment – Frisbee Golf (Disc Golf) Hire (HSE/AAIAC Style)</w:t>
      </w:r>
    </w:p>
    <w:p w14:paraId="3AE2CCD1" w14:textId="77777777" w:rsidR="00BD0592" w:rsidRDefault="00000000">
      <w:pPr>
        <w:pStyle w:val="Heading2"/>
      </w:pPr>
      <w:r>
        <w:t>Activity Description</w:t>
      </w:r>
    </w:p>
    <w:p w14:paraId="29D83110" w14:textId="77777777" w:rsidR="00BD0592" w:rsidRDefault="00000000">
      <w:r>
        <w:t>Transport, installation, operation, supervision and dismantling of portable Frisbee Golf equipment for events.</w:t>
      </w:r>
    </w:p>
    <w:p w14:paraId="0EB0D4FE" w14:textId="77777777" w:rsidR="00BD0592" w:rsidRDefault="00000000">
      <w:pPr>
        <w:pStyle w:val="Heading2"/>
      </w:pPr>
      <w:r>
        <w:t>Persons at Risk</w:t>
      </w:r>
    </w:p>
    <w:p w14:paraId="30E7D8E9" w14:textId="77777777" w:rsidR="00BD0592" w:rsidRDefault="00000000">
      <w:r>
        <w:t>Participants, staff, spectators, organisers and members of the public.</w:t>
      </w:r>
    </w:p>
    <w:p w14:paraId="497924CE" w14:textId="77777777" w:rsidR="00BD0592" w:rsidRDefault="00000000">
      <w:pPr>
        <w:pStyle w:val="Heading2"/>
      </w:pPr>
      <w:r>
        <w:t>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7"/>
        <w:gridCol w:w="1725"/>
        <w:gridCol w:w="1727"/>
        <w:gridCol w:w="1725"/>
      </w:tblGrid>
      <w:tr w:rsidR="00BD0592" w14:paraId="289D7F8C" w14:textId="77777777">
        <w:tc>
          <w:tcPr>
            <w:tcW w:w="1728" w:type="dxa"/>
          </w:tcPr>
          <w:p w14:paraId="4785DB96" w14:textId="77777777" w:rsidR="00BD0592" w:rsidRDefault="00000000">
            <w:r>
              <w:t>Hazard</w:t>
            </w:r>
          </w:p>
        </w:tc>
        <w:tc>
          <w:tcPr>
            <w:tcW w:w="1728" w:type="dxa"/>
          </w:tcPr>
          <w:p w14:paraId="7545E0C8" w14:textId="77777777" w:rsidR="00BD0592" w:rsidRDefault="00000000">
            <w:r>
              <w:t>Persons</w:t>
            </w:r>
          </w:p>
        </w:tc>
        <w:tc>
          <w:tcPr>
            <w:tcW w:w="1728" w:type="dxa"/>
          </w:tcPr>
          <w:p w14:paraId="14CD49F3" w14:textId="77777777" w:rsidR="00BD0592" w:rsidRDefault="00000000">
            <w:r>
              <w:t>Initial</w:t>
            </w:r>
          </w:p>
        </w:tc>
        <w:tc>
          <w:tcPr>
            <w:tcW w:w="1728" w:type="dxa"/>
          </w:tcPr>
          <w:p w14:paraId="229ABB55" w14:textId="77777777" w:rsidR="00BD0592" w:rsidRDefault="00000000">
            <w:r>
              <w:t>Controls</w:t>
            </w:r>
          </w:p>
        </w:tc>
        <w:tc>
          <w:tcPr>
            <w:tcW w:w="1728" w:type="dxa"/>
          </w:tcPr>
          <w:p w14:paraId="25116D5E" w14:textId="77777777" w:rsidR="00BD0592" w:rsidRDefault="00000000">
            <w:r>
              <w:t>Residual</w:t>
            </w:r>
          </w:p>
        </w:tc>
      </w:tr>
      <w:tr w:rsidR="00BD0592" w14:paraId="55BD657D" w14:textId="77777777">
        <w:tc>
          <w:tcPr>
            <w:tcW w:w="1728" w:type="dxa"/>
          </w:tcPr>
          <w:p w14:paraId="3D32F3E1" w14:textId="77777777" w:rsidR="00BD0592" w:rsidRDefault="00000000">
            <w:r>
              <w:t>Manual handling</w:t>
            </w:r>
          </w:p>
        </w:tc>
        <w:tc>
          <w:tcPr>
            <w:tcW w:w="1728" w:type="dxa"/>
          </w:tcPr>
          <w:p w14:paraId="66C2C64B" w14:textId="77777777" w:rsidR="00BD0592" w:rsidRDefault="00000000">
            <w:r>
              <w:t>Staff</w:t>
            </w:r>
          </w:p>
        </w:tc>
        <w:tc>
          <w:tcPr>
            <w:tcW w:w="1728" w:type="dxa"/>
          </w:tcPr>
          <w:p w14:paraId="593E16FE" w14:textId="77777777" w:rsidR="00BD0592" w:rsidRDefault="00000000">
            <w:r>
              <w:t>High</w:t>
            </w:r>
          </w:p>
        </w:tc>
        <w:tc>
          <w:tcPr>
            <w:tcW w:w="1728" w:type="dxa"/>
          </w:tcPr>
          <w:p w14:paraId="3E04EFC1" w14:textId="77777777" w:rsidR="00BD0592" w:rsidRDefault="00000000">
            <w:r>
              <w:t>Team lifting, trolleys</w:t>
            </w:r>
          </w:p>
        </w:tc>
        <w:tc>
          <w:tcPr>
            <w:tcW w:w="1728" w:type="dxa"/>
          </w:tcPr>
          <w:p w14:paraId="5E6EA504" w14:textId="77777777" w:rsidR="00BD0592" w:rsidRDefault="00000000">
            <w:r>
              <w:t>Low</w:t>
            </w:r>
          </w:p>
        </w:tc>
      </w:tr>
      <w:tr w:rsidR="00BD0592" w14:paraId="7D11C630" w14:textId="77777777">
        <w:tc>
          <w:tcPr>
            <w:tcW w:w="1728" w:type="dxa"/>
          </w:tcPr>
          <w:p w14:paraId="5DEB60D9" w14:textId="77777777" w:rsidR="00BD0592" w:rsidRDefault="00000000">
            <w:r>
              <w:t>Uneven ground</w:t>
            </w:r>
          </w:p>
        </w:tc>
        <w:tc>
          <w:tcPr>
            <w:tcW w:w="1728" w:type="dxa"/>
          </w:tcPr>
          <w:p w14:paraId="29EF4903" w14:textId="77777777" w:rsidR="00BD0592" w:rsidRDefault="00000000">
            <w:r>
              <w:t>All</w:t>
            </w:r>
          </w:p>
        </w:tc>
        <w:tc>
          <w:tcPr>
            <w:tcW w:w="1728" w:type="dxa"/>
          </w:tcPr>
          <w:p w14:paraId="5BD0CC4F" w14:textId="77777777" w:rsidR="00BD0592" w:rsidRDefault="00000000">
            <w:r>
              <w:t>High</w:t>
            </w:r>
          </w:p>
        </w:tc>
        <w:tc>
          <w:tcPr>
            <w:tcW w:w="1728" w:type="dxa"/>
          </w:tcPr>
          <w:p w14:paraId="743AD2D4" w14:textId="77777777" w:rsidR="00BD0592" w:rsidRDefault="00000000">
            <w:r>
              <w:t>Level inspected surface</w:t>
            </w:r>
          </w:p>
        </w:tc>
        <w:tc>
          <w:tcPr>
            <w:tcW w:w="1728" w:type="dxa"/>
          </w:tcPr>
          <w:p w14:paraId="0FB710F2" w14:textId="77777777" w:rsidR="00BD0592" w:rsidRDefault="00000000">
            <w:r>
              <w:t>Low</w:t>
            </w:r>
          </w:p>
        </w:tc>
      </w:tr>
      <w:tr w:rsidR="00BD0592" w14:paraId="540A20EE" w14:textId="77777777">
        <w:tc>
          <w:tcPr>
            <w:tcW w:w="1728" w:type="dxa"/>
          </w:tcPr>
          <w:p w14:paraId="2DED1B12" w14:textId="77777777" w:rsidR="00BD0592" w:rsidRDefault="00000000">
            <w:r>
              <w:t>Trip hazards</w:t>
            </w:r>
          </w:p>
        </w:tc>
        <w:tc>
          <w:tcPr>
            <w:tcW w:w="1728" w:type="dxa"/>
          </w:tcPr>
          <w:p w14:paraId="7C345049" w14:textId="77777777" w:rsidR="00BD0592" w:rsidRDefault="00000000">
            <w:r>
              <w:t>All</w:t>
            </w:r>
          </w:p>
        </w:tc>
        <w:tc>
          <w:tcPr>
            <w:tcW w:w="1728" w:type="dxa"/>
          </w:tcPr>
          <w:p w14:paraId="7DF8FD0C" w14:textId="77777777" w:rsidR="00BD0592" w:rsidRDefault="00000000">
            <w:r>
              <w:t>Medium</w:t>
            </w:r>
          </w:p>
        </w:tc>
        <w:tc>
          <w:tcPr>
            <w:tcW w:w="1728" w:type="dxa"/>
          </w:tcPr>
          <w:p w14:paraId="5410B15D" w14:textId="77777777" w:rsidR="00BD0592" w:rsidRDefault="00000000">
            <w:r>
              <w:t>Mark course, keep clear</w:t>
            </w:r>
          </w:p>
        </w:tc>
        <w:tc>
          <w:tcPr>
            <w:tcW w:w="1728" w:type="dxa"/>
          </w:tcPr>
          <w:p w14:paraId="1F712E4E" w14:textId="77777777" w:rsidR="00BD0592" w:rsidRDefault="00000000">
            <w:r>
              <w:t>Low</w:t>
            </w:r>
          </w:p>
        </w:tc>
      </w:tr>
      <w:tr w:rsidR="00BD0592" w14:paraId="6B8BDC3B" w14:textId="77777777">
        <w:tc>
          <w:tcPr>
            <w:tcW w:w="1728" w:type="dxa"/>
          </w:tcPr>
          <w:p w14:paraId="239E25F3" w14:textId="77777777" w:rsidR="00BD0592" w:rsidRDefault="00000000">
            <w:r>
              <w:t>Disc striking people</w:t>
            </w:r>
          </w:p>
        </w:tc>
        <w:tc>
          <w:tcPr>
            <w:tcW w:w="1728" w:type="dxa"/>
          </w:tcPr>
          <w:p w14:paraId="0522ACCE" w14:textId="77777777" w:rsidR="00BD0592" w:rsidRDefault="00000000">
            <w:r>
              <w:t>Players/Public</w:t>
            </w:r>
          </w:p>
        </w:tc>
        <w:tc>
          <w:tcPr>
            <w:tcW w:w="1728" w:type="dxa"/>
          </w:tcPr>
          <w:p w14:paraId="1E4BFFEE" w14:textId="77777777" w:rsidR="00BD0592" w:rsidRDefault="00000000">
            <w:r>
              <w:t>High</w:t>
            </w:r>
          </w:p>
        </w:tc>
        <w:tc>
          <w:tcPr>
            <w:tcW w:w="1728" w:type="dxa"/>
          </w:tcPr>
          <w:p w14:paraId="64A5FD90" w14:textId="77777777" w:rsidR="00BD0592" w:rsidRDefault="00000000">
            <w:r>
              <w:t>One throw at a time, exclusion zones</w:t>
            </w:r>
          </w:p>
        </w:tc>
        <w:tc>
          <w:tcPr>
            <w:tcW w:w="1728" w:type="dxa"/>
          </w:tcPr>
          <w:p w14:paraId="4EFD6EAE" w14:textId="77777777" w:rsidR="00BD0592" w:rsidRDefault="00000000">
            <w:r>
              <w:t>Low</w:t>
            </w:r>
          </w:p>
        </w:tc>
      </w:tr>
      <w:tr w:rsidR="00BD0592" w14:paraId="73B71653" w14:textId="77777777">
        <w:tc>
          <w:tcPr>
            <w:tcW w:w="1728" w:type="dxa"/>
          </w:tcPr>
          <w:p w14:paraId="6F8CA729" w14:textId="77777777" w:rsidR="00BD0592" w:rsidRDefault="00000000">
            <w:r>
              <w:t>Player collisions</w:t>
            </w:r>
          </w:p>
        </w:tc>
        <w:tc>
          <w:tcPr>
            <w:tcW w:w="1728" w:type="dxa"/>
          </w:tcPr>
          <w:p w14:paraId="01F5C71C" w14:textId="77777777" w:rsidR="00BD0592" w:rsidRDefault="00000000">
            <w:r>
              <w:t>Players</w:t>
            </w:r>
          </w:p>
        </w:tc>
        <w:tc>
          <w:tcPr>
            <w:tcW w:w="1728" w:type="dxa"/>
          </w:tcPr>
          <w:p w14:paraId="4CE43059" w14:textId="77777777" w:rsidR="00BD0592" w:rsidRDefault="00000000">
            <w:r>
              <w:t>Medium</w:t>
            </w:r>
          </w:p>
        </w:tc>
        <w:tc>
          <w:tcPr>
            <w:tcW w:w="1728" w:type="dxa"/>
          </w:tcPr>
          <w:p w14:paraId="691FA27E" w14:textId="77777777" w:rsidR="00BD0592" w:rsidRDefault="00000000">
            <w:r>
              <w:t>Supervision and spacing</w:t>
            </w:r>
          </w:p>
        </w:tc>
        <w:tc>
          <w:tcPr>
            <w:tcW w:w="1728" w:type="dxa"/>
          </w:tcPr>
          <w:p w14:paraId="7DA9BCA6" w14:textId="77777777" w:rsidR="00BD0592" w:rsidRDefault="00000000">
            <w:r>
              <w:t>Low</w:t>
            </w:r>
          </w:p>
        </w:tc>
      </w:tr>
      <w:tr w:rsidR="00BD0592" w14:paraId="0372ED80" w14:textId="77777777">
        <w:tc>
          <w:tcPr>
            <w:tcW w:w="1728" w:type="dxa"/>
          </w:tcPr>
          <w:p w14:paraId="51E06F41" w14:textId="77777777" w:rsidR="00BD0592" w:rsidRDefault="00000000">
            <w:r>
              <w:t>Adverse weather</w:t>
            </w:r>
          </w:p>
        </w:tc>
        <w:tc>
          <w:tcPr>
            <w:tcW w:w="1728" w:type="dxa"/>
          </w:tcPr>
          <w:p w14:paraId="2A18E941" w14:textId="77777777" w:rsidR="00BD0592" w:rsidRDefault="00000000">
            <w:r>
              <w:t>All</w:t>
            </w:r>
          </w:p>
        </w:tc>
        <w:tc>
          <w:tcPr>
            <w:tcW w:w="1728" w:type="dxa"/>
          </w:tcPr>
          <w:p w14:paraId="18B937E2" w14:textId="77777777" w:rsidR="00BD0592" w:rsidRDefault="00000000">
            <w:r>
              <w:t>High</w:t>
            </w:r>
          </w:p>
        </w:tc>
        <w:tc>
          <w:tcPr>
            <w:tcW w:w="1728" w:type="dxa"/>
          </w:tcPr>
          <w:p w14:paraId="14A1A7B4" w14:textId="77777777" w:rsidR="00BD0592" w:rsidRDefault="00000000">
            <w:r>
              <w:t>Suspend during storms/high winds</w:t>
            </w:r>
          </w:p>
        </w:tc>
        <w:tc>
          <w:tcPr>
            <w:tcW w:w="1728" w:type="dxa"/>
          </w:tcPr>
          <w:p w14:paraId="18AB6CA0" w14:textId="77777777" w:rsidR="00BD0592" w:rsidRDefault="00000000">
            <w:r>
              <w:t>Low</w:t>
            </w:r>
          </w:p>
        </w:tc>
      </w:tr>
      <w:tr w:rsidR="00BD0592" w14:paraId="785E5097" w14:textId="77777777">
        <w:tc>
          <w:tcPr>
            <w:tcW w:w="1728" w:type="dxa"/>
          </w:tcPr>
          <w:p w14:paraId="6B0E03E4" w14:textId="77777777" w:rsidR="00BD0592" w:rsidRDefault="00000000">
            <w:r>
              <w:t>Equipment damage</w:t>
            </w:r>
          </w:p>
        </w:tc>
        <w:tc>
          <w:tcPr>
            <w:tcW w:w="1728" w:type="dxa"/>
          </w:tcPr>
          <w:p w14:paraId="13B82B1B" w14:textId="77777777" w:rsidR="00BD0592" w:rsidRDefault="00000000">
            <w:r>
              <w:t>All</w:t>
            </w:r>
          </w:p>
        </w:tc>
        <w:tc>
          <w:tcPr>
            <w:tcW w:w="1728" w:type="dxa"/>
          </w:tcPr>
          <w:p w14:paraId="1B5A663B" w14:textId="77777777" w:rsidR="00BD0592" w:rsidRDefault="00000000">
            <w:r>
              <w:t>Medium</w:t>
            </w:r>
          </w:p>
        </w:tc>
        <w:tc>
          <w:tcPr>
            <w:tcW w:w="1728" w:type="dxa"/>
          </w:tcPr>
          <w:p w14:paraId="76109A7B" w14:textId="77777777" w:rsidR="00BD0592" w:rsidRDefault="00000000">
            <w:r>
              <w:t>Pre-use inspections</w:t>
            </w:r>
          </w:p>
        </w:tc>
        <w:tc>
          <w:tcPr>
            <w:tcW w:w="1728" w:type="dxa"/>
          </w:tcPr>
          <w:p w14:paraId="76035199" w14:textId="77777777" w:rsidR="00BD0592" w:rsidRDefault="00000000">
            <w:r>
              <w:t>Low</w:t>
            </w:r>
          </w:p>
        </w:tc>
      </w:tr>
      <w:tr w:rsidR="00BD0592" w14:paraId="593B3B24" w14:textId="77777777">
        <w:tc>
          <w:tcPr>
            <w:tcW w:w="1728" w:type="dxa"/>
          </w:tcPr>
          <w:p w14:paraId="5546B45B" w14:textId="77777777" w:rsidR="00BD0592" w:rsidRDefault="00000000">
            <w:r>
              <w:t>Dismantling</w:t>
            </w:r>
          </w:p>
        </w:tc>
        <w:tc>
          <w:tcPr>
            <w:tcW w:w="1728" w:type="dxa"/>
          </w:tcPr>
          <w:p w14:paraId="1481D882" w14:textId="77777777" w:rsidR="00BD0592" w:rsidRDefault="00000000">
            <w:r>
              <w:t>Staff</w:t>
            </w:r>
          </w:p>
        </w:tc>
        <w:tc>
          <w:tcPr>
            <w:tcW w:w="1728" w:type="dxa"/>
          </w:tcPr>
          <w:p w14:paraId="545BB7B6" w14:textId="77777777" w:rsidR="00BD0592" w:rsidRDefault="00000000">
            <w:r>
              <w:t>Medium</w:t>
            </w:r>
          </w:p>
        </w:tc>
        <w:tc>
          <w:tcPr>
            <w:tcW w:w="1728" w:type="dxa"/>
          </w:tcPr>
          <w:p w14:paraId="5DA39BB4" w14:textId="77777777" w:rsidR="00BD0592" w:rsidRDefault="00000000">
            <w:r>
              <w:t>Safe manual handling</w:t>
            </w:r>
          </w:p>
        </w:tc>
        <w:tc>
          <w:tcPr>
            <w:tcW w:w="1728" w:type="dxa"/>
          </w:tcPr>
          <w:p w14:paraId="68993961" w14:textId="77777777" w:rsidR="00BD0592" w:rsidRDefault="00000000">
            <w:r>
              <w:t>Low</w:t>
            </w:r>
          </w:p>
        </w:tc>
      </w:tr>
    </w:tbl>
    <w:p w14:paraId="5058CC6A" w14:textId="77777777" w:rsidR="00BD0592" w:rsidRDefault="00000000">
      <w:pPr>
        <w:pStyle w:val="Heading2"/>
      </w:pPr>
      <w:r>
        <w:t>Inspection Checklist</w:t>
      </w:r>
    </w:p>
    <w:p w14:paraId="79A6CD67" w14:textId="77777777" w:rsidR="00BD0592" w:rsidRDefault="00000000">
      <w:r>
        <w:t>Baskets, discs, fixings, boundaries, signage, ground condition.</w:t>
      </w:r>
    </w:p>
    <w:p w14:paraId="0F22F2E4" w14:textId="77777777" w:rsidR="00BD0592" w:rsidRDefault="00000000">
      <w:pPr>
        <w:pStyle w:val="Heading2"/>
      </w:pPr>
      <w:r>
        <w:t>Emergency Procedures</w:t>
      </w:r>
    </w:p>
    <w:p w14:paraId="4ACCBBB7" w14:textId="77777777" w:rsidR="00BD0592" w:rsidRDefault="00000000">
      <w:r>
        <w:t>Stop play, administer first aid, isolate unsafe equipment, follow venue evacuation.</w:t>
      </w:r>
    </w:p>
    <w:sectPr w:rsidR="00BD059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1427604">
    <w:abstractNumId w:val="8"/>
  </w:num>
  <w:num w:numId="2" w16cid:durableId="2128693481">
    <w:abstractNumId w:val="6"/>
  </w:num>
  <w:num w:numId="3" w16cid:durableId="1491366841">
    <w:abstractNumId w:val="5"/>
  </w:num>
  <w:num w:numId="4" w16cid:durableId="1339818442">
    <w:abstractNumId w:val="4"/>
  </w:num>
  <w:num w:numId="5" w16cid:durableId="797991379">
    <w:abstractNumId w:val="7"/>
  </w:num>
  <w:num w:numId="6" w16cid:durableId="407506070">
    <w:abstractNumId w:val="3"/>
  </w:num>
  <w:num w:numId="7" w16cid:durableId="307319510">
    <w:abstractNumId w:val="2"/>
  </w:num>
  <w:num w:numId="8" w16cid:durableId="747309232">
    <w:abstractNumId w:val="1"/>
  </w:num>
  <w:num w:numId="9" w16cid:durableId="13284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F6A90"/>
    <w:rsid w:val="00871D1C"/>
    <w:rsid w:val="00AA1D8D"/>
    <w:rsid w:val="00B47730"/>
    <w:rsid w:val="00BD059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4DE263"/>
  <w14:defaultImageDpi w14:val="300"/>
  <w15:docId w15:val="{58C3AA4F-6E16-4479-8BB4-4DD074B2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2026-07-21T11:15:00Z</dcterms:created>
  <dcterms:modified xsi:type="dcterms:W3CDTF">2026-07-21T11:15:00Z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ff8d78fb-fa23-4f80-9cb2-c7d6aaf862e8</vt:lpwstr>
  </property>
</Properties>
</file>