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9123" w14:textId="77777777" w:rsidR="001B3ACE" w:rsidRPr="00E33F48" w:rsidRDefault="00000000">
      <w:pPr>
        <w:pStyle w:val="Heading1"/>
        <w:rPr>
          <w:sz w:val="18"/>
          <w:szCs w:val="18"/>
        </w:rPr>
      </w:pPr>
      <w:r w:rsidRPr="00E33F48">
        <w:rPr>
          <w:sz w:val="18"/>
          <w:szCs w:val="18"/>
        </w:rPr>
        <w:t>Risk Assessment – Last Man Standing Hire (HSE/AAIAC Style)</w:t>
      </w:r>
    </w:p>
    <w:p w14:paraId="336CB42C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Activity Description</w:t>
      </w:r>
    </w:p>
    <w:p w14:paraId="6C48C842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Assessment covers transport, installation, operation, supervision and dismantling of an inflatable Last Man Standing attraction.</w:t>
      </w:r>
    </w:p>
    <w:p w14:paraId="3F3788BC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Persons at Risk</w:t>
      </w:r>
    </w:p>
    <w:p w14:paraId="50855868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Participants, operators, spectators, staff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1B3ACE" w:rsidRPr="00E33F48" w14:paraId="232C740B" w14:textId="77777777" w:rsidTr="00E33F48">
        <w:tc>
          <w:tcPr>
            <w:tcW w:w="1728" w:type="dxa"/>
          </w:tcPr>
          <w:p w14:paraId="269D6BE5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0040E911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5539DF7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283F5544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20B6E2E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Residual Risk</w:t>
            </w:r>
          </w:p>
        </w:tc>
      </w:tr>
      <w:tr w:rsidR="001B3ACE" w:rsidRPr="00E33F48" w14:paraId="4F6306DA" w14:textId="77777777" w:rsidTr="00E33F48">
        <w:tc>
          <w:tcPr>
            <w:tcW w:w="1728" w:type="dxa"/>
          </w:tcPr>
          <w:p w14:paraId="7B6C8A95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Manual handling</w:t>
            </w:r>
          </w:p>
        </w:tc>
        <w:tc>
          <w:tcPr>
            <w:tcW w:w="1728" w:type="dxa"/>
          </w:tcPr>
          <w:p w14:paraId="0E0D6600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330EC8D2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93AEA51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Team lifting and handling aids</w:t>
            </w:r>
          </w:p>
        </w:tc>
        <w:tc>
          <w:tcPr>
            <w:tcW w:w="1728" w:type="dxa"/>
          </w:tcPr>
          <w:p w14:paraId="443C10F3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2F1B4394" w14:textId="77777777" w:rsidTr="00E33F48">
        <w:tc>
          <w:tcPr>
            <w:tcW w:w="1728" w:type="dxa"/>
          </w:tcPr>
          <w:p w14:paraId="250ACB77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Incorrect anchoring</w:t>
            </w:r>
          </w:p>
        </w:tc>
        <w:tc>
          <w:tcPr>
            <w:tcW w:w="1728" w:type="dxa"/>
          </w:tcPr>
          <w:p w14:paraId="2A2C47C8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7FCA9C4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ADAE4E1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Anchor to manufacturer specification</w:t>
            </w:r>
          </w:p>
        </w:tc>
        <w:tc>
          <w:tcPr>
            <w:tcW w:w="1728" w:type="dxa"/>
          </w:tcPr>
          <w:p w14:paraId="5A8B5A7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64A835ED" w14:textId="77777777" w:rsidTr="00E33F48">
        <w:tc>
          <w:tcPr>
            <w:tcW w:w="1728" w:type="dxa"/>
          </w:tcPr>
          <w:p w14:paraId="43FC5A42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431F797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298445E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27B00DE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PAT tested equipment with RCD</w:t>
            </w:r>
          </w:p>
        </w:tc>
        <w:tc>
          <w:tcPr>
            <w:tcW w:w="1728" w:type="dxa"/>
          </w:tcPr>
          <w:p w14:paraId="53DD1CD7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35E9CE3E" w14:textId="77777777" w:rsidTr="00E33F48">
        <w:tc>
          <w:tcPr>
            <w:tcW w:w="1728" w:type="dxa"/>
          </w:tcPr>
          <w:p w14:paraId="2429AC6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Trips from cables</w:t>
            </w:r>
          </w:p>
        </w:tc>
        <w:tc>
          <w:tcPr>
            <w:tcW w:w="1728" w:type="dxa"/>
          </w:tcPr>
          <w:p w14:paraId="6DC89794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436BFBA1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0A13AD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Use cable covers and secure routing</w:t>
            </w:r>
          </w:p>
        </w:tc>
        <w:tc>
          <w:tcPr>
            <w:tcW w:w="1728" w:type="dxa"/>
          </w:tcPr>
          <w:p w14:paraId="645BEEEC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3D62AEF2" w14:textId="77777777" w:rsidTr="00E33F48">
        <w:tc>
          <w:tcPr>
            <w:tcW w:w="1728" w:type="dxa"/>
          </w:tcPr>
          <w:p w14:paraId="6599F9B0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Rotating boom impact</w:t>
            </w:r>
          </w:p>
        </w:tc>
        <w:tc>
          <w:tcPr>
            <w:tcW w:w="1728" w:type="dxa"/>
          </w:tcPr>
          <w:p w14:paraId="5F0CB49F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057A0FE2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6BFF598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Operator-controlled speed and safety briefing</w:t>
            </w:r>
          </w:p>
        </w:tc>
        <w:tc>
          <w:tcPr>
            <w:tcW w:w="1728" w:type="dxa"/>
          </w:tcPr>
          <w:p w14:paraId="7D3D8D4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23F140D8" w14:textId="77777777" w:rsidTr="00E33F48">
        <w:tc>
          <w:tcPr>
            <w:tcW w:w="1728" w:type="dxa"/>
          </w:tcPr>
          <w:p w14:paraId="0DDE4A04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Falls from podium</w:t>
            </w:r>
          </w:p>
        </w:tc>
        <w:tc>
          <w:tcPr>
            <w:tcW w:w="1728" w:type="dxa"/>
          </w:tcPr>
          <w:p w14:paraId="23CA3599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1F7706A0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445EC03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Inflatable landing surface and supervision</w:t>
            </w:r>
          </w:p>
        </w:tc>
        <w:tc>
          <w:tcPr>
            <w:tcW w:w="1728" w:type="dxa"/>
          </w:tcPr>
          <w:p w14:paraId="797BF84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1BDF0669" w14:textId="77777777" w:rsidTr="00E33F48">
        <w:tc>
          <w:tcPr>
            <w:tcW w:w="1728" w:type="dxa"/>
          </w:tcPr>
          <w:p w14:paraId="79517203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Participant collision</w:t>
            </w:r>
          </w:p>
        </w:tc>
        <w:tc>
          <w:tcPr>
            <w:tcW w:w="1728" w:type="dxa"/>
          </w:tcPr>
          <w:p w14:paraId="448FCB3C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5B74973C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2DABBD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Limit player numbers and supervise</w:t>
            </w:r>
          </w:p>
        </w:tc>
        <w:tc>
          <w:tcPr>
            <w:tcW w:w="1728" w:type="dxa"/>
          </w:tcPr>
          <w:p w14:paraId="3C6578FB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6C9C0E11" w14:textId="77777777" w:rsidTr="00E33F48">
        <w:tc>
          <w:tcPr>
            <w:tcW w:w="1728" w:type="dxa"/>
          </w:tcPr>
          <w:p w14:paraId="560599B9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 winds</w:t>
            </w:r>
          </w:p>
        </w:tc>
        <w:tc>
          <w:tcPr>
            <w:tcW w:w="1728" w:type="dxa"/>
          </w:tcPr>
          <w:p w14:paraId="2FE73529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53EF2F66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9FA3D2A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Do not operate in unsuitable weather</w:t>
            </w:r>
          </w:p>
        </w:tc>
        <w:tc>
          <w:tcPr>
            <w:tcW w:w="1728" w:type="dxa"/>
          </w:tcPr>
          <w:p w14:paraId="30093752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1B50CB34" w14:textId="77777777" w:rsidTr="00E33F48">
        <w:tc>
          <w:tcPr>
            <w:tcW w:w="1728" w:type="dxa"/>
          </w:tcPr>
          <w:p w14:paraId="39D494BE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Unauthorised access</w:t>
            </w:r>
          </w:p>
        </w:tc>
        <w:tc>
          <w:tcPr>
            <w:tcW w:w="1728" w:type="dxa"/>
          </w:tcPr>
          <w:p w14:paraId="2B5B0C86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5EFC3FCD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E28947C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Barrier off attraction</w:t>
            </w:r>
          </w:p>
        </w:tc>
        <w:tc>
          <w:tcPr>
            <w:tcW w:w="1728" w:type="dxa"/>
          </w:tcPr>
          <w:p w14:paraId="45D519EF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  <w:tr w:rsidR="001B3ACE" w:rsidRPr="00E33F48" w14:paraId="083D77A3" w14:textId="77777777" w:rsidTr="00E33F48">
        <w:tc>
          <w:tcPr>
            <w:tcW w:w="1728" w:type="dxa"/>
          </w:tcPr>
          <w:p w14:paraId="05905A84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Dismantling</w:t>
            </w:r>
          </w:p>
        </w:tc>
        <w:tc>
          <w:tcPr>
            <w:tcW w:w="1728" w:type="dxa"/>
          </w:tcPr>
          <w:p w14:paraId="0DED3E84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1840925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15FBD50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Power off, deflate safely and use correct lifting</w:t>
            </w:r>
          </w:p>
        </w:tc>
        <w:tc>
          <w:tcPr>
            <w:tcW w:w="1728" w:type="dxa"/>
          </w:tcPr>
          <w:p w14:paraId="70EE7CFA" w14:textId="77777777" w:rsidR="001B3ACE" w:rsidRPr="00E33F48" w:rsidRDefault="00000000">
            <w:pPr>
              <w:rPr>
                <w:sz w:val="14"/>
                <w:szCs w:val="14"/>
              </w:rPr>
            </w:pPr>
            <w:r w:rsidRPr="00E33F48">
              <w:rPr>
                <w:sz w:val="14"/>
                <w:szCs w:val="14"/>
              </w:rPr>
              <w:t>Low</w:t>
            </w:r>
          </w:p>
        </w:tc>
      </w:tr>
    </w:tbl>
    <w:p w14:paraId="39236296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Operational Controls</w:t>
      </w:r>
    </w:p>
    <w:p w14:paraId="1D89DB14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Inspect inflatable, rotating boom, controls, anchors, blower, mats and barriers before use. Continuous operator supervision required.</w:t>
      </w:r>
    </w:p>
    <w:p w14:paraId="4CA645C9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Emergency Procedures</w:t>
      </w:r>
    </w:p>
    <w:p w14:paraId="21D020B7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Stop the attraction immediately, isolate power, assist injured participants, administer first aid and remove defective equipment from service.</w:t>
      </w:r>
    </w:p>
    <w:p w14:paraId="4883C726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Inspection Checklist</w:t>
      </w:r>
    </w:p>
    <w:p w14:paraId="027BDF44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Inflatable, seams, rotating arm, motor, control unit, blower, RCD, anchors, mats, barriers and signage.</w:t>
      </w:r>
    </w:p>
    <w:p w14:paraId="6530DABD" w14:textId="77777777" w:rsidR="001B3ACE" w:rsidRPr="00E33F48" w:rsidRDefault="00000000">
      <w:pPr>
        <w:pStyle w:val="Heading2"/>
        <w:rPr>
          <w:sz w:val="18"/>
          <w:szCs w:val="18"/>
        </w:rPr>
      </w:pPr>
      <w:r w:rsidRPr="00E33F48">
        <w:rPr>
          <w:sz w:val="18"/>
          <w:szCs w:val="18"/>
        </w:rPr>
        <w:t>Training Requirements</w:t>
      </w:r>
    </w:p>
    <w:p w14:paraId="1E4476DB" w14:textId="77777777" w:rsidR="001B3ACE" w:rsidRPr="00E33F48" w:rsidRDefault="00000000">
      <w:pPr>
        <w:rPr>
          <w:sz w:val="14"/>
          <w:szCs w:val="14"/>
        </w:rPr>
      </w:pPr>
      <w:r w:rsidRPr="00E33F48">
        <w:rPr>
          <w:sz w:val="14"/>
          <w:szCs w:val="14"/>
        </w:rPr>
        <w:t>Manual handling, inflatable setup, electrical safety, operation of rotating controls, emergency procedures and daily inspections.</w:t>
      </w:r>
    </w:p>
    <w:sectPr w:rsidR="001B3ACE" w:rsidRPr="00E33F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004536">
    <w:abstractNumId w:val="8"/>
  </w:num>
  <w:num w:numId="2" w16cid:durableId="1634172691">
    <w:abstractNumId w:val="6"/>
  </w:num>
  <w:num w:numId="3" w16cid:durableId="836118172">
    <w:abstractNumId w:val="5"/>
  </w:num>
  <w:num w:numId="4" w16cid:durableId="1129012380">
    <w:abstractNumId w:val="4"/>
  </w:num>
  <w:num w:numId="5" w16cid:durableId="1212113622">
    <w:abstractNumId w:val="7"/>
  </w:num>
  <w:num w:numId="6" w16cid:durableId="965354123">
    <w:abstractNumId w:val="3"/>
  </w:num>
  <w:num w:numId="7" w16cid:durableId="883827609">
    <w:abstractNumId w:val="2"/>
  </w:num>
  <w:num w:numId="8" w16cid:durableId="75516133">
    <w:abstractNumId w:val="1"/>
  </w:num>
  <w:num w:numId="9" w16cid:durableId="111189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ACE"/>
    <w:rsid w:val="0029639D"/>
    <w:rsid w:val="00326F90"/>
    <w:rsid w:val="00AA1D8D"/>
    <w:rsid w:val="00B47730"/>
    <w:rsid w:val="00BB6D8B"/>
    <w:rsid w:val="00CB0664"/>
    <w:rsid w:val="00E33F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08E5F"/>
  <w14:defaultImageDpi w14:val="300"/>
  <w15:docId w15:val="{25AE93EA-3F41-42AC-945F-ED971210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2026-07-22T14:28:00Z</dcterms:created>
  <dcterms:modified xsi:type="dcterms:W3CDTF">2026-07-22T14:28:00Z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88d5f3e8-c0ac-44ae-b396-61ee7410d806</vt:lpwstr>
  </property>
</Properties>
</file>