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F061" w14:textId="77777777" w:rsidR="00F4157D" w:rsidRPr="005A4808" w:rsidRDefault="00000000">
      <w:pPr>
        <w:pStyle w:val="Heading1"/>
        <w:rPr>
          <w:sz w:val="20"/>
          <w:szCs w:val="20"/>
        </w:rPr>
      </w:pPr>
      <w:r w:rsidRPr="005A4808">
        <w:rPr>
          <w:sz w:val="20"/>
          <w:szCs w:val="20"/>
        </w:rPr>
        <w:t>Risk Assessment – Penalty Shootout Hire (HSE/AAIAC Style)</w:t>
      </w:r>
    </w:p>
    <w:p w14:paraId="4DE8A536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Activity Description</w:t>
      </w:r>
    </w:p>
    <w:p w14:paraId="7116D8B6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Assessment covers transport, installation, inflation, operation, supervision and dismantling of an inflatable penalty shootout game.</w:t>
      </w:r>
    </w:p>
    <w:p w14:paraId="1484C4FE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Persons at Risk</w:t>
      </w:r>
    </w:p>
    <w:p w14:paraId="4485F5F3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Participants, operators, spectators, staff and members of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7"/>
        <w:gridCol w:w="1725"/>
      </w:tblGrid>
      <w:tr w:rsidR="00F4157D" w:rsidRPr="005A4808" w14:paraId="63023649" w14:textId="77777777" w:rsidTr="005A4808">
        <w:tc>
          <w:tcPr>
            <w:tcW w:w="1728" w:type="dxa"/>
          </w:tcPr>
          <w:p w14:paraId="62395586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4C92E53F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3A718D7C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314DA198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0A3D0C0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Residual Risk</w:t>
            </w:r>
          </w:p>
        </w:tc>
      </w:tr>
      <w:tr w:rsidR="00F4157D" w:rsidRPr="005A4808" w14:paraId="51F87B2B" w14:textId="77777777" w:rsidTr="005A4808">
        <w:tc>
          <w:tcPr>
            <w:tcW w:w="1728" w:type="dxa"/>
          </w:tcPr>
          <w:p w14:paraId="66E98A00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28600907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07472205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4EF0D070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Team lifting/manual handling aids</w:t>
            </w:r>
          </w:p>
        </w:tc>
        <w:tc>
          <w:tcPr>
            <w:tcW w:w="1728" w:type="dxa"/>
          </w:tcPr>
          <w:p w14:paraId="0779427D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3403DC1A" w14:textId="77777777" w:rsidTr="005A4808">
        <w:tc>
          <w:tcPr>
            <w:tcW w:w="1728" w:type="dxa"/>
          </w:tcPr>
          <w:p w14:paraId="4499FE95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Incorrect anchoring</w:t>
            </w:r>
          </w:p>
        </w:tc>
        <w:tc>
          <w:tcPr>
            <w:tcW w:w="1728" w:type="dxa"/>
          </w:tcPr>
          <w:p w14:paraId="62C86B6D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3DCE1182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5828B0F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Secure to manufacturer specification</w:t>
            </w:r>
          </w:p>
        </w:tc>
        <w:tc>
          <w:tcPr>
            <w:tcW w:w="1728" w:type="dxa"/>
          </w:tcPr>
          <w:p w14:paraId="1C1D8855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5551A0DB" w14:textId="77777777" w:rsidTr="005A4808">
        <w:tc>
          <w:tcPr>
            <w:tcW w:w="1728" w:type="dxa"/>
          </w:tcPr>
          <w:p w14:paraId="131FA644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Electrical blower</w:t>
            </w:r>
          </w:p>
        </w:tc>
        <w:tc>
          <w:tcPr>
            <w:tcW w:w="1728" w:type="dxa"/>
          </w:tcPr>
          <w:p w14:paraId="403A49DB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17303785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FCE9E7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PAT tested with RCD protection</w:t>
            </w:r>
          </w:p>
        </w:tc>
        <w:tc>
          <w:tcPr>
            <w:tcW w:w="1728" w:type="dxa"/>
          </w:tcPr>
          <w:p w14:paraId="24A12693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02D567A6" w14:textId="77777777" w:rsidTr="005A4808">
        <w:tc>
          <w:tcPr>
            <w:tcW w:w="1728" w:type="dxa"/>
          </w:tcPr>
          <w:p w14:paraId="3794C807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Trips from cables</w:t>
            </w:r>
          </w:p>
        </w:tc>
        <w:tc>
          <w:tcPr>
            <w:tcW w:w="1728" w:type="dxa"/>
          </w:tcPr>
          <w:p w14:paraId="61CA7F8B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308BF0E2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3A4CB79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Cable covers and tidy routing</w:t>
            </w:r>
          </w:p>
        </w:tc>
        <w:tc>
          <w:tcPr>
            <w:tcW w:w="1728" w:type="dxa"/>
          </w:tcPr>
          <w:p w14:paraId="641E8B5D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78DC0E10" w14:textId="77777777" w:rsidTr="005A4808">
        <w:tc>
          <w:tcPr>
            <w:tcW w:w="1728" w:type="dxa"/>
          </w:tcPr>
          <w:p w14:paraId="4FF5FE4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Ball striking spectators</w:t>
            </w:r>
          </w:p>
        </w:tc>
        <w:tc>
          <w:tcPr>
            <w:tcW w:w="1728" w:type="dxa"/>
          </w:tcPr>
          <w:p w14:paraId="2B27F13D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365E71AD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03BBC62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Barrier off shooting area</w:t>
            </w:r>
          </w:p>
        </w:tc>
        <w:tc>
          <w:tcPr>
            <w:tcW w:w="1728" w:type="dxa"/>
          </w:tcPr>
          <w:p w14:paraId="6EB6E0D4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5509982B" w14:textId="77777777" w:rsidTr="005A4808">
        <w:tc>
          <w:tcPr>
            <w:tcW w:w="1728" w:type="dxa"/>
          </w:tcPr>
          <w:p w14:paraId="2D146F2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Player collision</w:t>
            </w:r>
          </w:p>
        </w:tc>
        <w:tc>
          <w:tcPr>
            <w:tcW w:w="1728" w:type="dxa"/>
          </w:tcPr>
          <w:p w14:paraId="03F80D73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5E289AB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6C34EB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One player shoots at a time</w:t>
            </w:r>
          </w:p>
        </w:tc>
        <w:tc>
          <w:tcPr>
            <w:tcW w:w="1728" w:type="dxa"/>
          </w:tcPr>
          <w:p w14:paraId="1DAEC6B4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594ED291" w14:textId="77777777" w:rsidTr="005A4808">
        <w:tc>
          <w:tcPr>
            <w:tcW w:w="1728" w:type="dxa"/>
          </w:tcPr>
          <w:p w14:paraId="6C1F8CF9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Slips and trips</w:t>
            </w:r>
          </w:p>
        </w:tc>
        <w:tc>
          <w:tcPr>
            <w:tcW w:w="1728" w:type="dxa"/>
          </w:tcPr>
          <w:p w14:paraId="1170271E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16996AB7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69FA688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Keep area clear and dry</w:t>
            </w:r>
          </w:p>
        </w:tc>
        <w:tc>
          <w:tcPr>
            <w:tcW w:w="1728" w:type="dxa"/>
          </w:tcPr>
          <w:p w14:paraId="05C45DCA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2066192D" w14:textId="77777777" w:rsidTr="005A4808">
        <w:tc>
          <w:tcPr>
            <w:tcW w:w="1728" w:type="dxa"/>
          </w:tcPr>
          <w:p w14:paraId="3FF0E9C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High winds</w:t>
            </w:r>
          </w:p>
        </w:tc>
        <w:tc>
          <w:tcPr>
            <w:tcW w:w="1728" w:type="dxa"/>
          </w:tcPr>
          <w:p w14:paraId="18446C3B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13F8C21E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493BB298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Do not operate in unsafe weather</w:t>
            </w:r>
          </w:p>
        </w:tc>
        <w:tc>
          <w:tcPr>
            <w:tcW w:w="1728" w:type="dxa"/>
          </w:tcPr>
          <w:p w14:paraId="123F45D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4981AE05" w14:textId="77777777" w:rsidTr="005A4808">
        <w:tc>
          <w:tcPr>
            <w:tcW w:w="1728" w:type="dxa"/>
          </w:tcPr>
          <w:p w14:paraId="07E09A4F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Unauthorised access</w:t>
            </w:r>
          </w:p>
        </w:tc>
        <w:tc>
          <w:tcPr>
            <w:tcW w:w="1728" w:type="dxa"/>
          </w:tcPr>
          <w:p w14:paraId="4E8C7CB3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7E98BB1C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44F2A71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Operator supervision</w:t>
            </w:r>
          </w:p>
        </w:tc>
        <w:tc>
          <w:tcPr>
            <w:tcW w:w="1728" w:type="dxa"/>
          </w:tcPr>
          <w:p w14:paraId="2C1C01E6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  <w:tr w:rsidR="00F4157D" w:rsidRPr="005A4808" w14:paraId="66461F13" w14:textId="77777777" w:rsidTr="005A4808">
        <w:tc>
          <w:tcPr>
            <w:tcW w:w="1728" w:type="dxa"/>
          </w:tcPr>
          <w:p w14:paraId="0EFDCB03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3961F9B9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7EB5FA8E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65A1D50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Power off, deflate safely and team lift</w:t>
            </w:r>
          </w:p>
        </w:tc>
        <w:tc>
          <w:tcPr>
            <w:tcW w:w="1728" w:type="dxa"/>
          </w:tcPr>
          <w:p w14:paraId="6A234620" w14:textId="77777777" w:rsidR="00F4157D" w:rsidRPr="005A4808" w:rsidRDefault="00000000">
            <w:pPr>
              <w:rPr>
                <w:sz w:val="16"/>
                <w:szCs w:val="16"/>
              </w:rPr>
            </w:pPr>
            <w:r w:rsidRPr="005A4808">
              <w:rPr>
                <w:sz w:val="16"/>
                <w:szCs w:val="16"/>
              </w:rPr>
              <w:t>Low</w:t>
            </w:r>
          </w:p>
        </w:tc>
      </w:tr>
    </w:tbl>
    <w:p w14:paraId="2B2319DC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Operational Controls</w:t>
      </w:r>
    </w:p>
    <w:p w14:paraId="7CA3CD5B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Inspect inflatable, seams, anchors, blower, balls, barriers and signage before use. Continuous supervision required.</w:t>
      </w:r>
    </w:p>
    <w:p w14:paraId="330A245B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Emergency Procedures</w:t>
      </w:r>
    </w:p>
    <w:p w14:paraId="27217A1F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Stop activity, isolate power, provide first aid if necessary and remove faulty equipment from service.</w:t>
      </w:r>
    </w:p>
    <w:p w14:paraId="4A56C08B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Inspection Checklist</w:t>
      </w:r>
    </w:p>
    <w:p w14:paraId="7D2560B2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Inflatable, seams, anchors, blower, RCD, footballs, barriers, mats and signage.</w:t>
      </w:r>
    </w:p>
    <w:p w14:paraId="1DFB8274" w14:textId="77777777" w:rsidR="00F4157D" w:rsidRPr="005A4808" w:rsidRDefault="00000000">
      <w:pPr>
        <w:pStyle w:val="Heading2"/>
        <w:rPr>
          <w:sz w:val="20"/>
          <w:szCs w:val="20"/>
        </w:rPr>
      </w:pPr>
      <w:r w:rsidRPr="005A4808">
        <w:rPr>
          <w:sz w:val="20"/>
          <w:szCs w:val="20"/>
        </w:rPr>
        <w:t>Training Requirements</w:t>
      </w:r>
    </w:p>
    <w:p w14:paraId="54C8644C" w14:textId="77777777" w:rsidR="00F4157D" w:rsidRPr="005A4808" w:rsidRDefault="00000000">
      <w:pPr>
        <w:rPr>
          <w:sz w:val="16"/>
          <w:szCs w:val="16"/>
        </w:rPr>
      </w:pPr>
      <w:r w:rsidRPr="005A4808">
        <w:rPr>
          <w:sz w:val="16"/>
          <w:szCs w:val="16"/>
        </w:rPr>
        <w:t>Manual handling, inflatable setup, electrical safety, supervision, emergency procedures and inspections.</w:t>
      </w:r>
    </w:p>
    <w:sectPr w:rsidR="00F4157D" w:rsidRPr="005A48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6501715">
    <w:abstractNumId w:val="8"/>
  </w:num>
  <w:num w:numId="2" w16cid:durableId="1460151543">
    <w:abstractNumId w:val="6"/>
  </w:num>
  <w:num w:numId="3" w16cid:durableId="2133748433">
    <w:abstractNumId w:val="5"/>
  </w:num>
  <w:num w:numId="4" w16cid:durableId="2003853098">
    <w:abstractNumId w:val="4"/>
  </w:num>
  <w:num w:numId="5" w16cid:durableId="362706148">
    <w:abstractNumId w:val="7"/>
  </w:num>
  <w:num w:numId="6" w16cid:durableId="1159347868">
    <w:abstractNumId w:val="3"/>
  </w:num>
  <w:num w:numId="7" w16cid:durableId="644626713">
    <w:abstractNumId w:val="2"/>
  </w:num>
  <w:num w:numId="8" w16cid:durableId="682630344">
    <w:abstractNumId w:val="1"/>
  </w:num>
  <w:num w:numId="9" w16cid:durableId="121296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4808"/>
    <w:rsid w:val="00AA1D8D"/>
    <w:rsid w:val="00B47730"/>
    <w:rsid w:val="00CB0664"/>
    <w:rsid w:val="00E4190D"/>
    <w:rsid w:val="00F415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0E1289"/>
  <w14:defaultImageDpi w14:val="300"/>
  <w15:docId w15:val="{97BA3607-F599-48FA-BCAD-D71685A6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2026-07-22T14:31:00Z</dcterms:created>
  <dcterms:modified xsi:type="dcterms:W3CDTF">2026-07-22T14:31:00Z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c5f91eae-abae-4994-a650-83106980f7cd</vt:lpwstr>
  </property>
</Properties>
</file>