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D64C" w14:textId="77777777" w:rsidR="00206927" w:rsidRPr="00A71311" w:rsidRDefault="00000000">
      <w:pPr>
        <w:pStyle w:val="Heading1"/>
        <w:rPr>
          <w:sz w:val="18"/>
          <w:szCs w:val="18"/>
        </w:rPr>
      </w:pPr>
      <w:r w:rsidRPr="00A71311">
        <w:rPr>
          <w:sz w:val="18"/>
          <w:szCs w:val="18"/>
        </w:rPr>
        <w:t>Risk Assessment – Princess Bouncy Castle Hire (HSE/AAIAC Style)</w:t>
      </w:r>
    </w:p>
    <w:p w14:paraId="744E0230" w14:textId="77777777" w:rsidR="00206927" w:rsidRPr="00A71311" w:rsidRDefault="00000000">
      <w:pPr>
        <w:pStyle w:val="Heading2"/>
        <w:rPr>
          <w:sz w:val="18"/>
          <w:szCs w:val="18"/>
        </w:rPr>
      </w:pPr>
      <w:r w:rsidRPr="00A71311">
        <w:rPr>
          <w:sz w:val="18"/>
          <w:szCs w:val="18"/>
        </w:rPr>
        <w:t>Activity Description</w:t>
      </w:r>
    </w:p>
    <w:p w14:paraId="6FB6F0CF" w14:textId="77777777" w:rsidR="00206927" w:rsidRPr="00A71311" w:rsidRDefault="00000000">
      <w:pPr>
        <w:rPr>
          <w:sz w:val="14"/>
          <w:szCs w:val="14"/>
        </w:rPr>
      </w:pPr>
      <w:r w:rsidRPr="00A71311">
        <w:rPr>
          <w:sz w:val="14"/>
          <w:szCs w:val="14"/>
        </w:rPr>
        <w:t>Delivery, installation, supervision guidance, use and dismantling of a princess-themed inflatable bouncy castle for temporary hire at events.</w:t>
      </w:r>
    </w:p>
    <w:p w14:paraId="58411B53" w14:textId="77777777" w:rsidR="00206927" w:rsidRPr="00A71311" w:rsidRDefault="00000000">
      <w:pPr>
        <w:pStyle w:val="Heading2"/>
        <w:rPr>
          <w:sz w:val="18"/>
          <w:szCs w:val="18"/>
        </w:rPr>
      </w:pPr>
      <w:r w:rsidRPr="00A71311">
        <w:rPr>
          <w:sz w:val="18"/>
          <w:szCs w:val="18"/>
        </w:rPr>
        <w:t>Persons at Risk</w:t>
      </w:r>
    </w:p>
    <w:p w14:paraId="54C22F2B" w14:textId="77777777" w:rsidR="00206927" w:rsidRPr="00A71311" w:rsidRDefault="00000000">
      <w:pPr>
        <w:rPr>
          <w:sz w:val="14"/>
          <w:szCs w:val="14"/>
        </w:rPr>
      </w:pPr>
      <w:r w:rsidRPr="00A71311">
        <w:rPr>
          <w:sz w:val="14"/>
          <w:szCs w:val="14"/>
        </w:rPr>
        <w:t>Installation staff, hirers, supervisors, children, parents/carers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6"/>
        <w:gridCol w:w="1726"/>
      </w:tblGrid>
      <w:tr w:rsidR="00206927" w:rsidRPr="00A71311" w14:paraId="5B0CE6A4" w14:textId="77777777">
        <w:tc>
          <w:tcPr>
            <w:tcW w:w="1728" w:type="dxa"/>
          </w:tcPr>
          <w:p w14:paraId="389873AA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Hazard</w:t>
            </w:r>
          </w:p>
        </w:tc>
        <w:tc>
          <w:tcPr>
            <w:tcW w:w="1728" w:type="dxa"/>
          </w:tcPr>
          <w:p w14:paraId="4B9A21F0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Persons at Risk</w:t>
            </w:r>
          </w:p>
        </w:tc>
        <w:tc>
          <w:tcPr>
            <w:tcW w:w="1728" w:type="dxa"/>
          </w:tcPr>
          <w:p w14:paraId="7314E494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Initial Risk</w:t>
            </w:r>
          </w:p>
        </w:tc>
        <w:tc>
          <w:tcPr>
            <w:tcW w:w="1728" w:type="dxa"/>
          </w:tcPr>
          <w:p w14:paraId="0391ED4B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Control Measures</w:t>
            </w:r>
          </w:p>
        </w:tc>
        <w:tc>
          <w:tcPr>
            <w:tcW w:w="1728" w:type="dxa"/>
          </w:tcPr>
          <w:p w14:paraId="1048FC8A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Residual Risk</w:t>
            </w:r>
          </w:p>
        </w:tc>
      </w:tr>
      <w:tr w:rsidR="00206927" w:rsidRPr="00A71311" w14:paraId="1CA72E1E" w14:textId="77777777">
        <w:tc>
          <w:tcPr>
            <w:tcW w:w="1728" w:type="dxa"/>
          </w:tcPr>
          <w:p w14:paraId="18F8F760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Manual handling during setup</w:t>
            </w:r>
          </w:p>
        </w:tc>
        <w:tc>
          <w:tcPr>
            <w:tcW w:w="1728" w:type="dxa"/>
          </w:tcPr>
          <w:p w14:paraId="2236D087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Staff</w:t>
            </w:r>
          </w:p>
        </w:tc>
        <w:tc>
          <w:tcPr>
            <w:tcW w:w="1728" w:type="dxa"/>
          </w:tcPr>
          <w:p w14:paraId="2BEA9CCB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28DD1BD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Use correct lifting techniques and team lifts where required.</w:t>
            </w:r>
          </w:p>
        </w:tc>
        <w:tc>
          <w:tcPr>
            <w:tcW w:w="1728" w:type="dxa"/>
          </w:tcPr>
          <w:p w14:paraId="75B43020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6212C3AE" w14:textId="77777777">
        <w:tc>
          <w:tcPr>
            <w:tcW w:w="1728" w:type="dxa"/>
          </w:tcPr>
          <w:p w14:paraId="54A0FD5A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Inflatable movement due to wind</w:t>
            </w:r>
          </w:p>
        </w:tc>
        <w:tc>
          <w:tcPr>
            <w:tcW w:w="1728" w:type="dxa"/>
          </w:tcPr>
          <w:p w14:paraId="3F245856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Users/Public</w:t>
            </w:r>
          </w:p>
        </w:tc>
        <w:tc>
          <w:tcPr>
            <w:tcW w:w="1728" w:type="dxa"/>
          </w:tcPr>
          <w:p w14:paraId="705DB1A2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High</w:t>
            </w:r>
          </w:p>
        </w:tc>
        <w:tc>
          <w:tcPr>
            <w:tcW w:w="1728" w:type="dxa"/>
          </w:tcPr>
          <w:p w14:paraId="55747E40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Install on suitable surface, anchor in accordance with manufacturer instructions, do not operate in unsafe weather.</w:t>
            </w:r>
          </w:p>
        </w:tc>
        <w:tc>
          <w:tcPr>
            <w:tcW w:w="1728" w:type="dxa"/>
          </w:tcPr>
          <w:p w14:paraId="711C3464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1358FFF4" w14:textId="77777777">
        <w:tc>
          <w:tcPr>
            <w:tcW w:w="1728" w:type="dxa"/>
          </w:tcPr>
          <w:p w14:paraId="04E9E506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Trips over blower or cables</w:t>
            </w:r>
          </w:p>
        </w:tc>
        <w:tc>
          <w:tcPr>
            <w:tcW w:w="1728" w:type="dxa"/>
          </w:tcPr>
          <w:p w14:paraId="1C03BF7E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56D613F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DC91112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Secure blower, protect and route cables away from walkways using RCD-protected supply.</w:t>
            </w:r>
          </w:p>
        </w:tc>
        <w:tc>
          <w:tcPr>
            <w:tcW w:w="1728" w:type="dxa"/>
          </w:tcPr>
          <w:p w14:paraId="55A0C2AB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0980D3FC" w14:textId="77777777">
        <w:tc>
          <w:tcPr>
            <w:tcW w:w="1728" w:type="dxa"/>
          </w:tcPr>
          <w:p w14:paraId="585FE15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Falls from inflatable</w:t>
            </w:r>
          </w:p>
        </w:tc>
        <w:tc>
          <w:tcPr>
            <w:tcW w:w="1728" w:type="dxa"/>
          </w:tcPr>
          <w:p w14:paraId="7154E587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60F64FD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4620F92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No climbing on walls; enforce user height/age limits; adult supervision at all times.</w:t>
            </w:r>
          </w:p>
        </w:tc>
        <w:tc>
          <w:tcPr>
            <w:tcW w:w="1728" w:type="dxa"/>
          </w:tcPr>
          <w:p w14:paraId="20FC48C8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79D0B32F" w14:textId="77777777">
        <w:tc>
          <w:tcPr>
            <w:tcW w:w="1728" w:type="dxa"/>
          </w:tcPr>
          <w:p w14:paraId="2E512E4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Collisions between users</w:t>
            </w:r>
          </w:p>
        </w:tc>
        <w:tc>
          <w:tcPr>
            <w:tcW w:w="1728" w:type="dxa"/>
          </w:tcPr>
          <w:p w14:paraId="7B6961C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14D94FDD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6FD97DDD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Separate users by size where possible and limit numbers to manufacturer guidance.</w:t>
            </w:r>
          </w:p>
        </w:tc>
        <w:tc>
          <w:tcPr>
            <w:tcW w:w="1728" w:type="dxa"/>
          </w:tcPr>
          <w:p w14:paraId="05BE8A6A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54AF64B5" w14:textId="77777777">
        <w:tc>
          <w:tcPr>
            <w:tcW w:w="1728" w:type="dxa"/>
          </w:tcPr>
          <w:p w14:paraId="5677187F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Failure of blower or power supply</w:t>
            </w:r>
          </w:p>
        </w:tc>
        <w:tc>
          <w:tcPr>
            <w:tcW w:w="1728" w:type="dxa"/>
          </w:tcPr>
          <w:p w14:paraId="31F394E2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Users</w:t>
            </w:r>
          </w:p>
        </w:tc>
        <w:tc>
          <w:tcPr>
            <w:tcW w:w="1728" w:type="dxa"/>
          </w:tcPr>
          <w:p w14:paraId="68A3664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5F97E399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Stop use immediately, evacuate safely and inspect equipment before reuse.</w:t>
            </w:r>
          </w:p>
        </w:tc>
        <w:tc>
          <w:tcPr>
            <w:tcW w:w="1728" w:type="dxa"/>
          </w:tcPr>
          <w:p w14:paraId="61033FB1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4D821BF5" w14:textId="77777777">
        <w:tc>
          <w:tcPr>
            <w:tcW w:w="1728" w:type="dxa"/>
          </w:tcPr>
          <w:p w14:paraId="67B753CF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Entrapment at entrance or walls</w:t>
            </w:r>
          </w:p>
        </w:tc>
        <w:tc>
          <w:tcPr>
            <w:tcW w:w="1728" w:type="dxa"/>
          </w:tcPr>
          <w:p w14:paraId="7F172727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Children</w:t>
            </w:r>
          </w:p>
        </w:tc>
        <w:tc>
          <w:tcPr>
            <w:tcW w:w="1728" w:type="dxa"/>
          </w:tcPr>
          <w:p w14:paraId="36460625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37668066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Keep entrance clear and prohibit rough play, flips and wrestling.</w:t>
            </w:r>
          </w:p>
        </w:tc>
        <w:tc>
          <w:tcPr>
            <w:tcW w:w="1728" w:type="dxa"/>
          </w:tcPr>
          <w:p w14:paraId="7258A36A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  <w:tr w:rsidR="00206927" w:rsidRPr="00A71311" w14:paraId="0ACE3290" w14:textId="77777777">
        <w:tc>
          <w:tcPr>
            <w:tcW w:w="1728" w:type="dxa"/>
          </w:tcPr>
          <w:p w14:paraId="137768FD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Damaged inflatable</w:t>
            </w:r>
          </w:p>
        </w:tc>
        <w:tc>
          <w:tcPr>
            <w:tcW w:w="1728" w:type="dxa"/>
          </w:tcPr>
          <w:p w14:paraId="6703635C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All</w:t>
            </w:r>
          </w:p>
        </w:tc>
        <w:tc>
          <w:tcPr>
            <w:tcW w:w="1728" w:type="dxa"/>
          </w:tcPr>
          <w:p w14:paraId="0807BC22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Medium</w:t>
            </w:r>
          </w:p>
        </w:tc>
        <w:tc>
          <w:tcPr>
            <w:tcW w:w="1728" w:type="dxa"/>
          </w:tcPr>
          <w:p w14:paraId="2BC9138F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Inspect before each hire and remove from service if damaged.</w:t>
            </w:r>
          </w:p>
        </w:tc>
        <w:tc>
          <w:tcPr>
            <w:tcW w:w="1728" w:type="dxa"/>
          </w:tcPr>
          <w:p w14:paraId="5C00190F" w14:textId="77777777" w:rsidR="00206927" w:rsidRPr="00A71311" w:rsidRDefault="00000000">
            <w:pPr>
              <w:rPr>
                <w:sz w:val="14"/>
                <w:szCs w:val="14"/>
              </w:rPr>
            </w:pPr>
            <w:r w:rsidRPr="00A71311">
              <w:rPr>
                <w:sz w:val="14"/>
                <w:szCs w:val="14"/>
              </w:rPr>
              <w:t>Low</w:t>
            </w:r>
          </w:p>
        </w:tc>
      </w:tr>
    </w:tbl>
    <w:p w14:paraId="2376772F" w14:textId="77777777" w:rsidR="00206927" w:rsidRPr="00A71311" w:rsidRDefault="00000000">
      <w:pPr>
        <w:pStyle w:val="Heading2"/>
        <w:rPr>
          <w:sz w:val="18"/>
          <w:szCs w:val="18"/>
        </w:rPr>
      </w:pPr>
      <w:r w:rsidRPr="00A71311">
        <w:rPr>
          <w:sz w:val="18"/>
          <w:szCs w:val="18"/>
        </w:rPr>
        <w:t>Operational Controls</w:t>
      </w:r>
    </w:p>
    <w:p w14:paraId="12C71ABF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Install on level ground with required safety mats.</w:t>
      </w:r>
    </w:p>
    <w:p w14:paraId="7B59CE9A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Anchor using stakes or ballast as appropriate.</w:t>
      </w:r>
    </w:p>
    <w:p w14:paraId="3F57D325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Brief hirer on safe operation and weather limits.</w:t>
      </w:r>
    </w:p>
    <w:p w14:paraId="274C0D2E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Constant responsible adult supervision during use.</w:t>
      </w:r>
    </w:p>
    <w:p w14:paraId="2BA27647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Cease operation immediately during high winds, heavy rain or electrical storms.</w:t>
      </w:r>
    </w:p>
    <w:p w14:paraId="12A05019" w14:textId="77777777" w:rsidR="00206927" w:rsidRPr="00A71311" w:rsidRDefault="00000000">
      <w:pPr>
        <w:pStyle w:val="Heading2"/>
        <w:rPr>
          <w:sz w:val="18"/>
          <w:szCs w:val="18"/>
        </w:rPr>
      </w:pPr>
      <w:r w:rsidRPr="00A71311">
        <w:rPr>
          <w:sz w:val="18"/>
          <w:szCs w:val="18"/>
        </w:rPr>
        <w:t>Emergency Procedures</w:t>
      </w:r>
    </w:p>
    <w:p w14:paraId="2B2D7B71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Stop use and evacuate immediately if blower fails or inflatable becomes unstable.</w:t>
      </w:r>
    </w:p>
    <w:p w14:paraId="0AE565E9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Isolate electrical supply if a fault occurs.</w:t>
      </w:r>
    </w:p>
    <w:p w14:paraId="1D83568A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Administer first aid and contact emergency services if required.</w:t>
      </w:r>
    </w:p>
    <w:p w14:paraId="529BBD21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Report all incidents and quarantine damaged equipment.</w:t>
      </w:r>
    </w:p>
    <w:p w14:paraId="3BB38264" w14:textId="77777777" w:rsidR="00206927" w:rsidRPr="00A71311" w:rsidRDefault="00000000">
      <w:pPr>
        <w:pStyle w:val="Heading2"/>
        <w:rPr>
          <w:sz w:val="18"/>
          <w:szCs w:val="18"/>
        </w:rPr>
      </w:pPr>
      <w:r w:rsidRPr="00A71311">
        <w:rPr>
          <w:sz w:val="18"/>
          <w:szCs w:val="18"/>
        </w:rPr>
        <w:t>Inspection Checklist</w:t>
      </w:r>
    </w:p>
    <w:p w14:paraId="709E0347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Inflatable fabric free from tears.</w:t>
      </w:r>
    </w:p>
    <w:p w14:paraId="78F0A989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Anchor points secure.</w:t>
      </w:r>
    </w:p>
    <w:p w14:paraId="43A4D897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Blower operating correctly.</w:t>
      </w:r>
    </w:p>
    <w:p w14:paraId="26160162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Power cable and RCD in good condition.</w:t>
      </w:r>
    </w:p>
    <w:p w14:paraId="353FCEFD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Safety mats correctly positioned.</w:t>
      </w:r>
    </w:p>
    <w:p w14:paraId="6BF49733" w14:textId="77777777" w:rsidR="00206927" w:rsidRPr="00A71311" w:rsidRDefault="00000000">
      <w:pPr>
        <w:pStyle w:val="Heading2"/>
        <w:rPr>
          <w:sz w:val="18"/>
          <w:szCs w:val="18"/>
        </w:rPr>
      </w:pPr>
      <w:r w:rsidRPr="00A71311">
        <w:rPr>
          <w:sz w:val="18"/>
          <w:szCs w:val="18"/>
        </w:rPr>
        <w:t>Training Requirements</w:t>
      </w:r>
    </w:p>
    <w:p w14:paraId="215970D2" w14:textId="77777777" w:rsidR="00206927" w:rsidRPr="00A71311" w:rsidRDefault="00000000">
      <w:pPr>
        <w:pStyle w:val="ListBullet"/>
        <w:rPr>
          <w:sz w:val="14"/>
          <w:szCs w:val="14"/>
        </w:rPr>
      </w:pPr>
      <w:r w:rsidRPr="00A71311">
        <w:rPr>
          <w:sz w:val="14"/>
          <w:szCs w:val="14"/>
        </w:rPr>
        <w:t>Staff trained in safe inflatable installation, anchoring, weather assessment, manual handling, electrical safety and customer safety briefing.</w:t>
      </w:r>
    </w:p>
    <w:sectPr w:rsidR="00206927" w:rsidRPr="00A713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8680604">
    <w:abstractNumId w:val="8"/>
  </w:num>
  <w:num w:numId="2" w16cid:durableId="540292278">
    <w:abstractNumId w:val="6"/>
  </w:num>
  <w:num w:numId="3" w16cid:durableId="1951737954">
    <w:abstractNumId w:val="5"/>
  </w:num>
  <w:num w:numId="4" w16cid:durableId="2130779548">
    <w:abstractNumId w:val="4"/>
  </w:num>
  <w:num w:numId="5" w16cid:durableId="430205354">
    <w:abstractNumId w:val="7"/>
  </w:num>
  <w:num w:numId="6" w16cid:durableId="655376487">
    <w:abstractNumId w:val="3"/>
  </w:num>
  <w:num w:numId="7" w16cid:durableId="1472555290">
    <w:abstractNumId w:val="2"/>
  </w:num>
  <w:num w:numId="8" w16cid:durableId="1493329020">
    <w:abstractNumId w:val="1"/>
  </w:num>
  <w:num w:numId="9" w16cid:durableId="121655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06927"/>
    <w:rsid w:val="0029639D"/>
    <w:rsid w:val="00326F90"/>
    <w:rsid w:val="00A71311"/>
    <w:rsid w:val="00AA1D8D"/>
    <w:rsid w:val="00B47730"/>
    <w:rsid w:val="00B929A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A828AE"/>
  <w14:defaultImageDpi w14:val="300"/>
  <w15:docId w15:val="{BCDBA40E-823D-42DF-995C-ED46EA8F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2026-07-27T12:47:00Z</dcterms:created>
  <dcterms:modified xsi:type="dcterms:W3CDTF">2026-07-27T12:47:00Z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2b643ede-2817-47a8-9ad4-596bc2f53ce7</vt:lpwstr>
  </property>
</Properties>
</file>