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D1922" w14:textId="77777777" w:rsidR="000E36E9" w:rsidRPr="0020343A" w:rsidRDefault="00000000">
      <w:pPr>
        <w:pStyle w:val="Heading1"/>
        <w:rPr>
          <w:sz w:val="20"/>
          <w:szCs w:val="20"/>
        </w:rPr>
      </w:pPr>
      <w:r w:rsidRPr="0020343A">
        <w:rPr>
          <w:sz w:val="20"/>
          <w:szCs w:val="20"/>
        </w:rPr>
        <w:t>Risk Assessment – Roll-a-Ball Derby Hire (HSE/AAIAC Style)</w:t>
      </w:r>
    </w:p>
    <w:p w14:paraId="5739E1BA" w14:textId="77777777" w:rsidR="000E36E9" w:rsidRPr="0020343A" w:rsidRDefault="00000000">
      <w:pPr>
        <w:pStyle w:val="Heading2"/>
        <w:rPr>
          <w:sz w:val="20"/>
          <w:szCs w:val="20"/>
        </w:rPr>
      </w:pPr>
      <w:r w:rsidRPr="0020343A">
        <w:rPr>
          <w:sz w:val="20"/>
          <w:szCs w:val="20"/>
        </w:rPr>
        <w:t>Activity Description</w:t>
      </w:r>
    </w:p>
    <w:p w14:paraId="62957522" w14:textId="77777777" w:rsidR="000E36E9" w:rsidRPr="0020343A" w:rsidRDefault="00000000">
      <w:pPr>
        <w:rPr>
          <w:sz w:val="16"/>
          <w:szCs w:val="16"/>
        </w:rPr>
      </w:pPr>
      <w:r w:rsidRPr="0020343A">
        <w:rPr>
          <w:sz w:val="16"/>
          <w:szCs w:val="16"/>
        </w:rPr>
        <w:t>Delivery, setup, operation and collection of a Roll-a-Ball Derby fairground game for temporary hire at events.</w:t>
      </w:r>
    </w:p>
    <w:p w14:paraId="1ABB8E04" w14:textId="77777777" w:rsidR="000E36E9" w:rsidRPr="0020343A" w:rsidRDefault="00000000">
      <w:pPr>
        <w:pStyle w:val="Heading2"/>
        <w:rPr>
          <w:sz w:val="20"/>
          <w:szCs w:val="20"/>
        </w:rPr>
      </w:pPr>
      <w:r w:rsidRPr="0020343A">
        <w:rPr>
          <w:sz w:val="20"/>
          <w:szCs w:val="20"/>
        </w:rPr>
        <w:t>Persons at Risk</w:t>
      </w:r>
    </w:p>
    <w:p w14:paraId="2844022D" w14:textId="77777777" w:rsidR="000E36E9" w:rsidRPr="0020343A" w:rsidRDefault="00000000">
      <w:pPr>
        <w:rPr>
          <w:sz w:val="16"/>
          <w:szCs w:val="16"/>
        </w:rPr>
      </w:pPr>
      <w:r w:rsidRPr="0020343A">
        <w:rPr>
          <w:sz w:val="16"/>
          <w:szCs w:val="16"/>
        </w:rPr>
        <w:t>Staff, hirers,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7"/>
        <w:gridCol w:w="1846"/>
        <w:gridCol w:w="1691"/>
        <w:gridCol w:w="1704"/>
        <w:gridCol w:w="1692"/>
      </w:tblGrid>
      <w:tr w:rsidR="000E36E9" w:rsidRPr="0020343A" w14:paraId="4D4891E5" w14:textId="77777777">
        <w:tc>
          <w:tcPr>
            <w:tcW w:w="1728" w:type="dxa"/>
          </w:tcPr>
          <w:p w14:paraId="54144034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27EFEC26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3A433ECE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40CD25E0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1932CF54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Residual Risk</w:t>
            </w:r>
          </w:p>
        </w:tc>
      </w:tr>
      <w:tr w:rsidR="000E36E9" w:rsidRPr="0020343A" w14:paraId="075251E9" w14:textId="77777777">
        <w:tc>
          <w:tcPr>
            <w:tcW w:w="1728" w:type="dxa"/>
          </w:tcPr>
          <w:p w14:paraId="7411E9DC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Manual handling during setup</w:t>
            </w:r>
          </w:p>
        </w:tc>
        <w:tc>
          <w:tcPr>
            <w:tcW w:w="1728" w:type="dxa"/>
          </w:tcPr>
          <w:p w14:paraId="6E459DCC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7FC38521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0AD74418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Use correct lifting techniques and team lifts where required.</w:t>
            </w:r>
          </w:p>
        </w:tc>
        <w:tc>
          <w:tcPr>
            <w:tcW w:w="1728" w:type="dxa"/>
          </w:tcPr>
          <w:p w14:paraId="7F5BFEFE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Low</w:t>
            </w:r>
          </w:p>
        </w:tc>
      </w:tr>
      <w:tr w:rsidR="000E36E9" w:rsidRPr="0020343A" w14:paraId="203C60D9" w14:textId="77777777">
        <w:tc>
          <w:tcPr>
            <w:tcW w:w="1728" w:type="dxa"/>
          </w:tcPr>
          <w:p w14:paraId="7C1D0007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Trips around game</w:t>
            </w:r>
          </w:p>
        </w:tc>
        <w:tc>
          <w:tcPr>
            <w:tcW w:w="1728" w:type="dxa"/>
          </w:tcPr>
          <w:p w14:paraId="7F970912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6043F38B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29E30D04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Keep the playing area clear of loose balls and other obstructions.</w:t>
            </w:r>
          </w:p>
        </w:tc>
        <w:tc>
          <w:tcPr>
            <w:tcW w:w="1728" w:type="dxa"/>
          </w:tcPr>
          <w:p w14:paraId="06770D0D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Low</w:t>
            </w:r>
          </w:p>
        </w:tc>
      </w:tr>
      <w:tr w:rsidR="000E36E9" w:rsidRPr="0020343A" w14:paraId="0C5947A1" w14:textId="77777777">
        <w:tc>
          <w:tcPr>
            <w:tcW w:w="1728" w:type="dxa"/>
          </w:tcPr>
          <w:p w14:paraId="475C365B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Balls leaving the game area</w:t>
            </w:r>
          </w:p>
        </w:tc>
        <w:tc>
          <w:tcPr>
            <w:tcW w:w="1728" w:type="dxa"/>
          </w:tcPr>
          <w:p w14:paraId="379E0C83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Participants/Spectators</w:t>
            </w:r>
          </w:p>
        </w:tc>
        <w:tc>
          <w:tcPr>
            <w:tcW w:w="1728" w:type="dxa"/>
          </w:tcPr>
          <w:p w14:paraId="4552D40F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159E0E75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Use side barriers where fitted and supervise play.</w:t>
            </w:r>
          </w:p>
        </w:tc>
        <w:tc>
          <w:tcPr>
            <w:tcW w:w="1728" w:type="dxa"/>
          </w:tcPr>
          <w:p w14:paraId="6B9D4B29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Low</w:t>
            </w:r>
          </w:p>
        </w:tc>
      </w:tr>
      <w:tr w:rsidR="000E36E9" w:rsidRPr="0020343A" w14:paraId="07EA9F33" w14:textId="77777777">
        <w:tc>
          <w:tcPr>
            <w:tcW w:w="1728" w:type="dxa"/>
          </w:tcPr>
          <w:p w14:paraId="581D95F9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Player collisions</w:t>
            </w:r>
          </w:p>
        </w:tc>
        <w:tc>
          <w:tcPr>
            <w:tcW w:w="1728" w:type="dxa"/>
          </w:tcPr>
          <w:p w14:paraId="020F4AED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1FBA14EE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0C1B618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Allow only one player per lane and maintain adequate spacing.</w:t>
            </w:r>
          </w:p>
        </w:tc>
        <w:tc>
          <w:tcPr>
            <w:tcW w:w="1728" w:type="dxa"/>
          </w:tcPr>
          <w:p w14:paraId="62739A12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Low</w:t>
            </w:r>
          </w:p>
        </w:tc>
      </w:tr>
      <w:tr w:rsidR="000E36E9" w:rsidRPr="0020343A" w14:paraId="024DF360" w14:textId="77777777">
        <w:tc>
          <w:tcPr>
            <w:tcW w:w="1728" w:type="dxa"/>
          </w:tcPr>
          <w:p w14:paraId="4EEA2844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Unstable equipment</w:t>
            </w:r>
          </w:p>
        </w:tc>
        <w:tc>
          <w:tcPr>
            <w:tcW w:w="1728" w:type="dxa"/>
          </w:tcPr>
          <w:p w14:paraId="08179026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0B01B44F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5B6EFE82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Position on firm, level ground and inspect before use.</w:t>
            </w:r>
          </w:p>
        </w:tc>
        <w:tc>
          <w:tcPr>
            <w:tcW w:w="1728" w:type="dxa"/>
          </w:tcPr>
          <w:p w14:paraId="4C26A9D3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Low</w:t>
            </w:r>
          </w:p>
        </w:tc>
      </w:tr>
      <w:tr w:rsidR="000E36E9" w:rsidRPr="0020343A" w14:paraId="396CF7EB" w14:textId="77777777">
        <w:tc>
          <w:tcPr>
            <w:tcW w:w="1728" w:type="dxa"/>
          </w:tcPr>
          <w:p w14:paraId="037E56B0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Damaged equipment</w:t>
            </w:r>
          </w:p>
        </w:tc>
        <w:tc>
          <w:tcPr>
            <w:tcW w:w="1728" w:type="dxa"/>
          </w:tcPr>
          <w:p w14:paraId="20D042E2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70A29143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Low</w:t>
            </w:r>
          </w:p>
        </w:tc>
        <w:tc>
          <w:tcPr>
            <w:tcW w:w="1728" w:type="dxa"/>
          </w:tcPr>
          <w:p w14:paraId="27AB98A3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Inspect before hire and after collection; remove defective equipment from service.</w:t>
            </w:r>
          </w:p>
        </w:tc>
        <w:tc>
          <w:tcPr>
            <w:tcW w:w="1728" w:type="dxa"/>
          </w:tcPr>
          <w:p w14:paraId="7D0B66A0" w14:textId="77777777" w:rsidR="000E36E9" w:rsidRPr="0020343A" w:rsidRDefault="00000000">
            <w:pPr>
              <w:rPr>
                <w:sz w:val="16"/>
                <w:szCs w:val="16"/>
              </w:rPr>
            </w:pPr>
            <w:r w:rsidRPr="0020343A">
              <w:rPr>
                <w:sz w:val="16"/>
                <w:szCs w:val="16"/>
              </w:rPr>
              <w:t>Low</w:t>
            </w:r>
          </w:p>
        </w:tc>
      </w:tr>
    </w:tbl>
    <w:p w14:paraId="246FCC83" w14:textId="77777777" w:rsidR="000E36E9" w:rsidRPr="0020343A" w:rsidRDefault="00000000">
      <w:pPr>
        <w:pStyle w:val="Heading2"/>
        <w:rPr>
          <w:sz w:val="20"/>
          <w:szCs w:val="20"/>
        </w:rPr>
      </w:pPr>
      <w:r w:rsidRPr="0020343A">
        <w:rPr>
          <w:sz w:val="20"/>
          <w:szCs w:val="20"/>
        </w:rPr>
        <w:t>Operational Controls</w:t>
      </w:r>
    </w:p>
    <w:p w14:paraId="700584C5" w14:textId="77777777" w:rsidR="000E36E9" w:rsidRPr="0020343A" w:rsidRDefault="00000000">
      <w:pPr>
        <w:pStyle w:val="ListBullet"/>
        <w:rPr>
          <w:sz w:val="16"/>
          <w:szCs w:val="16"/>
        </w:rPr>
      </w:pPr>
      <w:r w:rsidRPr="0020343A">
        <w:rPr>
          <w:sz w:val="16"/>
          <w:szCs w:val="16"/>
        </w:rPr>
        <w:t>Set up on a firm, level surface.</w:t>
      </w:r>
    </w:p>
    <w:p w14:paraId="1EC368D6" w14:textId="77777777" w:rsidR="000E36E9" w:rsidRPr="0020343A" w:rsidRDefault="00000000">
      <w:pPr>
        <w:pStyle w:val="ListBullet"/>
        <w:rPr>
          <w:sz w:val="16"/>
          <w:szCs w:val="16"/>
        </w:rPr>
      </w:pPr>
      <w:r w:rsidRPr="0020343A">
        <w:rPr>
          <w:sz w:val="16"/>
          <w:szCs w:val="16"/>
        </w:rPr>
        <w:t>Ensure all components are securely assembled.</w:t>
      </w:r>
    </w:p>
    <w:p w14:paraId="4999A98A" w14:textId="77777777" w:rsidR="000E36E9" w:rsidRPr="0020343A" w:rsidRDefault="00000000">
      <w:pPr>
        <w:pStyle w:val="ListBullet"/>
        <w:rPr>
          <w:sz w:val="16"/>
          <w:szCs w:val="16"/>
        </w:rPr>
      </w:pPr>
      <w:r w:rsidRPr="0020343A">
        <w:rPr>
          <w:sz w:val="16"/>
          <w:szCs w:val="16"/>
        </w:rPr>
        <w:t>Only one participant per lane at any time.</w:t>
      </w:r>
    </w:p>
    <w:p w14:paraId="2709FE22" w14:textId="77777777" w:rsidR="000E36E9" w:rsidRPr="0020343A" w:rsidRDefault="00000000">
      <w:pPr>
        <w:pStyle w:val="ListBullet"/>
        <w:rPr>
          <w:sz w:val="16"/>
          <w:szCs w:val="16"/>
        </w:rPr>
      </w:pPr>
      <w:r w:rsidRPr="0020343A">
        <w:rPr>
          <w:sz w:val="16"/>
          <w:szCs w:val="16"/>
        </w:rPr>
        <w:t>Collect stray balls regularly.</w:t>
      </w:r>
    </w:p>
    <w:p w14:paraId="45672083" w14:textId="77777777" w:rsidR="000E36E9" w:rsidRPr="0020343A" w:rsidRDefault="00000000">
      <w:pPr>
        <w:pStyle w:val="ListBullet"/>
        <w:rPr>
          <w:sz w:val="16"/>
          <w:szCs w:val="16"/>
        </w:rPr>
      </w:pPr>
      <w:r w:rsidRPr="0020343A">
        <w:rPr>
          <w:sz w:val="16"/>
          <w:szCs w:val="16"/>
        </w:rPr>
        <w:t>Withdraw damaged equipment from use immediately.</w:t>
      </w:r>
    </w:p>
    <w:p w14:paraId="20572A58" w14:textId="77777777" w:rsidR="000E36E9" w:rsidRPr="0020343A" w:rsidRDefault="00000000">
      <w:pPr>
        <w:pStyle w:val="Heading2"/>
        <w:rPr>
          <w:sz w:val="20"/>
          <w:szCs w:val="20"/>
        </w:rPr>
      </w:pPr>
      <w:r w:rsidRPr="0020343A">
        <w:rPr>
          <w:sz w:val="20"/>
          <w:szCs w:val="20"/>
        </w:rPr>
        <w:t>Emergency Procedures</w:t>
      </w:r>
    </w:p>
    <w:p w14:paraId="4B0022E6" w14:textId="77777777" w:rsidR="000E36E9" w:rsidRPr="0020343A" w:rsidRDefault="00000000">
      <w:pPr>
        <w:pStyle w:val="ListBullet"/>
        <w:rPr>
          <w:sz w:val="16"/>
          <w:szCs w:val="16"/>
        </w:rPr>
      </w:pPr>
      <w:r w:rsidRPr="0020343A">
        <w:rPr>
          <w:sz w:val="16"/>
          <w:szCs w:val="16"/>
        </w:rPr>
        <w:t>Stop play if the game becomes unstable or unsafe.</w:t>
      </w:r>
    </w:p>
    <w:p w14:paraId="5F479C7B" w14:textId="77777777" w:rsidR="000E36E9" w:rsidRPr="0020343A" w:rsidRDefault="00000000">
      <w:pPr>
        <w:pStyle w:val="ListBullet"/>
        <w:rPr>
          <w:sz w:val="16"/>
          <w:szCs w:val="16"/>
        </w:rPr>
      </w:pPr>
      <w:r w:rsidRPr="0020343A">
        <w:rPr>
          <w:sz w:val="16"/>
          <w:szCs w:val="16"/>
        </w:rPr>
        <w:t>Provide first aid where required.</w:t>
      </w:r>
    </w:p>
    <w:p w14:paraId="594B0D19" w14:textId="77777777" w:rsidR="000E36E9" w:rsidRPr="0020343A" w:rsidRDefault="00000000">
      <w:pPr>
        <w:pStyle w:val="ListBullet"/>
        <w:rPr>
          <w:sz w:val="16"/>
          <w:szCs w:val="16"/>
        </w:rPr>
      </w:pPr>
      <w:r w:rsidRPr="0020343A">
        <w:rPr>
          <w:sz w:val="16"/>
          <w:szCs w:val="16"/>
        </w:rPr>
        <w:t>Record and report all accidents and near misses.</w:t>
      </w:r>
    </w:p>
    <w:p w14:paraId="2F425FEF" w14:textId="77777777" w:rsidR="000E36E9" w:rsidRPr="0020343A" w:rsidRDefault="00000000">
      <w:pPr>
        <w:pStyle w:val="Heading2"/>
        <w:rPr>
          <w:sz w:val="20"/>
          <w:szCs w:val="20"/>
        </w:rPr>
      </w:pPr>
      <w:r w:rsidRPr="0020343A">
        <w:rPr>
          <w:sz w:val="20"/>
          <w:szCs w:val="20"/>
        </w:rPr>
        <w:t>Inspection Checklist</w:t>
      </w:r>
    </w:p>
    <w:p w14:paraId="20672439" w14:textId="77777777" w:rsidR="000E36E9" w:rsidRPr="0020343A" w:rsidRDefault="00000000">
      <w:pPr>
        <w:pStyle w:val="ListBullet"/>
        <w:rPr>
          <w:sz w:val="16"/>
          <w:szCs w:val="16"/>
        </w:rPr>
      </w:pPr>
      <w:r w:rsidRPr="0020343A">
        <w:rPr>
          <w:sz w:val="16"/>
          <w:szCs w:val="16"/>
        </w:rPr>
        <w:t>Frame secure.</w:t>
      </w:r>
    </w:p>
    <w:p w14:paraId="2FE574BA" w14:textId="77777777" w:rsidR="000E36E9" w:rsidRPr="0020343A" w:rsidRDefault="00000000">
      <w:pPr>
        <w:pStyle w:val="ListBullet"/>
        <w:rPr>
          <w:sz w:val="16"/>
          <w:szCs w:val="16"/>
        </w:rPr>
      </w:pPr>
      <w:r w:rsidRPr="0020343A">
        <w:rPr>
          <w:sz w:val="16"/>
          <w:szCs w:val="16"/>
        </w:rPr>
        <w:t>Playing lanes undamaged.</w:t>
      </w:r>
    </w:p>
    <w:p w14:paraId="10BBCB21" w14:textId="77777777" w:rsidR="000E36E9" w:rsidRPr="0020343A" w:rsidRDefault="00000000">
      <w:pPr>
        <w:pStyle w:val="ListBullet"/>
        <w:rPr>
          <w:sz w:val="16"/>
          <w:szCs w:val="16"/>
        </w:rPr>
      </w:pPr>
      <w:r w:rsidRPr="0020343A">
        <w:rPr>
          <w:sz w:val="16"/>
          <w:szCs w:val="16"/>
        </w:rPr>
        <w:t>Balls in good condition.</w:t>
      </w:r>
    </w:p>
    <w:p w14:paraId="0F6C7660" w14:textId="77777777" w:rsidR="000E36E9" w:rsidRPr="0020343A" w:rsidRDefault="00000000">
      <w:pPr>
        <w:pStyle w:val="ListBullet"/>
        <w:rPr>
          <w:sz w:val="16"/>
          <w:szCs w:val="16"/>
        </w:rPr>
      </w:pPr>
      <w:r w:rsidRPr="0020343A">
        <w:rPr>
          <w:sz w:val="16"/>
          <w:szCs w:val="16"/>
        </w:rPr>
        <w:t>Area free from trip hazards.</w:t>
      </w:r>
    </w:p>
    <w:p w14:paraId="4F05FBFE" w14:textId="77777777" w:rsidR="000E36E9" w:rsidRPr="0020343A" w:rsidRDefault="00000000">
      <w:pPr>
        <w:pStyle w:val="ListBullet"/>
        <w:rPr>
          <w:sz w:val="16"/>
          <w:szCs w:val="16"/>
        </w:rPr>
      </w:pPr>
      <w:r w:rsidRPr="0020343A">
        <w:rPr>
          <w:sz w:val="16"/>
          <w:szCs w:val="16"/>
        </w:rPr>
        <w:t>Equipment complete and clean.</w:t>
      </w:r>
    </w:p>
    <w:p w14:paraId="33A1252D" w14:textId="77777777" w:rsidR="000E36E9" w:rsidRPr="0020343A" w:rsidRDefault="00000000">
      <w:pPr>
        <w:pStyle w:val="Heading2"/>
        <w:rPr>
          <w:sz w:val="20"/>
          <w:szCs w:val="20"/>
        </w:rPr>
      </w:pPr>
      <w:r w:rsidRPr="0020343A">
        <w:rPr>
          <w:sz w:val="20"/>
          <w:szCs w:val="20"/>
        </w:rPr>
        <w:t>Training Requirements</w:t>
      </w:r>
    </w:p>
    <w:p w14:paraId="481C0A63" w14:textId="77777777" w:rsidR="000E36E9" w:rsidRPr="0020343A" w:rsidRDefault="00000000">
      <w:pPr>
        <w:pStyle w:val="ListBullet"/>
        <w:rPr>
          <w:sz w:val="16"/>
          <w:szCs w:val="16"/>
        </w:rPr>
      </w:pPr>
      <w:r w:rsidRPr="0020343A">
        <w:rPr>
          <w:sz w:val="16"/>
          <w:szCs w:val="16"/>
        </w:rPr>
        <w:t>Staff trained in manual handling, setup, inspection and customer safety briefing.</w:t>
      </w:r>
    </w:p>
    <w:sectPr w:rsidR="000E36E9" w:rsidRPr="0020343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1255602">
    <w:abstractNumId w:val="8"/>
  </w:num>
  <w:num w:numId="2" w16cid:durableId="601454167">
    <w:abstractNumId w:val="6"/>
  </w:num>
  <w:num w:numId="3" w16cid:durableId="1202860846">
    <w:abstractNumId w:val="5"/>
  </w:num>
  <w:num w:numId="4" w16cid:durableId="721058990">
    <w:abstractNumId w:val="4"/>
  </w:num>
  <w:num w:numId="5" w16cid:durableId="1069696726">
    <w:abstractNumId w:val="7"/>
  </w:num>
  <w:num w:numId="6" w16cid:durableId="139689832">
    <w:abstractNumId w:val="3"/>
  </w:num>
  <w:num w:numId="7" w16cid:durableId="282885740">
    <w:abstractNumId w:val="2"/>
  </w:num>
  <w:num w:numId="8" w16cid:durableId="278297614">
    <w:abstractNumId w:val="1"/>
  </w:num>
  <w:num w:numId="9" w16cid:durableId="1107772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36E9"/>
    <w:rsid w:val="0015074B"/>
    <w:rsid w:val="0020343A"/>
    <w:rsid w:val="0029639D"/>
    <w:rsid w:val="00326F90"/>
    <w:rsid w:val="00AA1D8D"/>
    <w:rsid w:val="00B47730"/>
    <w:rsid w:val="00CB0664"/>
    <w:rsid w:val="00E96B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FA74A8"/>
  <w14:defaultImageDpi w14:val="300"/>
  <w15:docId w15:val="{66FF30AA-815E-4FA3-804B-27829ED0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2026-07-27T11:34:00Z</dcterms:created>
  <dcterms:modified xsi:type="dcterms:W3CDTF">2026-07-27T11:34:00Z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ee1371e5-b40d-49f1-bfb6-b956c37702f4</vt:lpwstr>
  </property>
</Properties>
</file>