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FAC00" w14:textId="77777777" w:rsidR="007A4ED8" w:rsidRPr="00254B74" w:rsidRDefault="00000000">
      <w:pPr>
        <w:pStyle w:val="Heading1"/>
        <w:rPr>
          <w:sz w:val="20"/>
          <w:szCs w:val="20"/>
        </w:rPr>
      </w:pPr>
      <w:r w:rsidRPr="00254B74">
        <w:rPr>
          <w:sz w:val="20"/>
          <w:szCs w:val="20"/>
        </w:rPr>
        <w:t>Risk Assessment – Splat the Rat Hire (HSE/AAIAC Style)</w:t>
      </w:r>
    </w:p>
    <w:p w14:paraId="66C64128" w14:textId="77777777" w:rsidR="007A4ED8" w:rsidRPr="00254B74" w:rsidRDefault="00000000">
      <w:pPr>
        <w:pStyle w:val="Heading2"/>
        <w:rPr>
          <w:sz w:val="20"/>
          <w:szCs w:val="20"/>
        </w:rPr>
      </w:pPr>
      <w:r w:rsidRPr="00254B74">
        <w:rPr>
          <w:sz w:val="20"/>
          <w:szCs w:val="20"/>
        </w:rPr>
        <w:t>Activity Description</w:t>
      </w:r>
    </w:p>
    <w:p w14:paraId="5EBE8E78" w14:textId="77777777" w:rsidR="007A4ED8" w:rsidRPr="00254B74" w:rsidRDefault="00000000">
      <w:pPr>
        <w:rPr>
          <w:sz w:val="16"/>
          <w:szCs w:val="16"/>
        </w:rPr>
      </w:pPr>
      <w:r w:rsidRPr="00254B74">
        <w:rPr>
          <w:sz w:val="16"/>
          <w:szCs w:val="16"/>
        </w:rPr>
        <w:t>Delivery, setup, operation and collection of a Splat the Rat fairground game for temporary hire at events.</w:t>
      </w:r>
    </w:p>
    <w:p w14:paraId="4F6C83DC" w14:textId="77777777" w:rsidR="007A4ED8" w:rsidRPr="00254B74" w:rsidRDefault="00000000">
      <w:pPr>
        <w:pStyle w:val="Heading2"/>
        <w:rPr>
          <w:sz w:val="20"/>
          <w:szCs w:val="20"/>
        </w:rPr>
      </w:pPr>
      <w:r w:rsidRPr="00254B74">
        <w:rPr>
          <w:sz w:val="20"/>
          <w:szCs w:val="20"/>
        </w:rPr>
        <w:t>Persons at Risk</w:t>
      </w:r>
    </w:p>
    <w:p w14:paraId="110B68D7" w14:textId="77777777" w:rsidR="007A4ED8" w:rsidRPr="00254B74" w:rsidRDefault="00000000">
      <w:pPr>
        <w:rPr>
          <w:sz w:val="16"/>
          <w:szCs w:val="16"/>
        </w:rPr>
      </w:pPr>
      <w:r w:rsidRPr="00254B74">
        <w:rPr>
          <w:sz w:val="16"/>
          <w:szCs w:val="16"/>
        </w:rPr>
        <w:t>Staff, hirers,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1846"/>
        <w:gridCol w:w="1692"/>
        <w:gridCol w:w="1702"/>
        <w:gridCol w:w="1693"/>
      </w:tblGrid>
      <w:tr w:rsidR="007A4ED8" w:rsidRPr="00254B74" w14:paraId="6E0B13D9" w14:textId="77777777">
        <w:tc>
          <w:tcPr>
            <w:tcW w:w="1728" w:type="dxa"/>
          </w:tcPr>
          <w:p w14:paraId="7DC1B261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0AE52EE0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1543EFC4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6A51E201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62583C38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Residual Risk</w:t>
            </w:r>
          </w:p>
        </w:tc>
      </w:tr>
      <w:tr w:rsidR="007A4ED8" w:rsidRPr="00254B74" w14:paraId="0A3AB610" w14:textId="77777777">
        <w:tc>
          <w:tcPr>
            <w:tcW w:w="1728" w:type="dxa"/>
          </w:tcPr>
          <w:p w14:paraId="3A054E10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Manual handling during transport and setup</w:t>
            </w:r>
          </w:p>
        </w:tc>
        <w:tc>
          <w:tcPr>
            <w:tcW w:w="1728" w:type="dxa"/>
          </w:tcPr>
          <w:p w14:paraId="78909ABE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5E8D708B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732378B5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32DAAD64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Low</w:t>
            </w:r>
          </w:p>
        </w:tc>
      </w:tr>
      <w:tr w:rsidR="007A4ED8" w:rsidRPr="00254B74" w14:paraId="5AB00199" w14:textId="77777777">
        <w:tc>
          <w:tcPr>
            <w:tcW w:w="1728" w:type="dxa"/>
          </w:tcPr>
          <w:p w14:paraId="09674A66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Impact from swinging bat</w:t>
            </w:r>
          </w:p>
        </w:tc>
        <w:tc>
          <w:tcPr>
            <w:tcW w:w="1728" w:type="dxa"/>
          </w:tcPr>
          <w:p w14:paraId="5A9DE293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Participants/Spectators</w:t>
            </w:r>
          </w:p>
        </w:tc>
        <w:tc>
          <w:tcPr>
            <w:tcW w:w="1728" w:type="dxa"/>
          </w:tcPr>
          <w:p w14:paraId="760A1217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7B6503BF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Maintain a clear exclusion zone and allow only one participant to play at a time.</w:t>
            </w:r>
          </w:p>
        </w:tc>
        <w:tc>
          <w:tcPr>
            <w:tcW w:w="1728" w:type="dxa"/>
          </w:tcPr>
          <w:p w14:paraId="6D4DBF47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Low</w:t>
            </w:r>
          </w:p>
        </w:tc>
      </w:tr>
      <w:tr w:rsidR="007A4ED8" w:rsidRPr="00254B74" w14:paraId="0DBE1EF0" w14:textId="77777777">
        <w:tc>
          <w:tcPr>
            <w:tcW w:w="1728" w:type="dxa"/>
          </w:tcPr>
          <w:p w14:paraId="2D3A3FB2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Trips around equipment</w:t>
            </w:r>
          </w:p>
        </w:tc>
        <w:tc>
          <w:tcPr>
            <w:tcW w:w="1728" w:type="dxa"/>
          </w:tcPr>
          <w:p w14:paraId="2EAA65D5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5A1171DF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A4A5B84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Keep the playing area free from obstacles and loose equipment.</w:t>
            </w:r>
          </w:p>
        </w:tc>
        <w:tc>
          <w:tcPr>
            <w:tcW w:w="1728" w:type="dxa"/>
          </w:tcPr>
          <w:p w14:paraId="41A5B92F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Low</w:t>
            </w:r>
          </w:p>
        </w:tc>
      </w:tr>
      <w:tr w:rsidR="007A4ED8" w:rsidRPr="00254B74" w14:paraId="1D71FA73" w14:textId="77777777">
        <w:tc>
          <w:tcPr>
            <w:tcW w:w="1728" w:type="dxa"/>
          </w:tcPr>
          <w:p w14:paraId="51B58F04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Finger or hand injuries</w:t>
            </w:r>
          </w:p>
        </w:tc>
        <w:tc>
          <w:tcPr>
            <w:tcW w:w="1728" w:type="dxa"/>
          </w:tcPr>
          <w:p w14:paraId="3D3C5E46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4FF98AC1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34CFA76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Provide clear instructions and keep hands clear of the striking area.</w:t>
            </w:r>
          </w:p>
        </w:tc>
        <w:tc>
          <w:tcPr>
            <w:tcW w:w="1728" w:type="dxa"/>
          </w:tcPr>
          <w:p w14:paraId="2B314D5F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Low</w:t>
            </w:r>
          </w:p>
        </w:tc>
      </w:tr>
      <w:tr w:rsidR="007A4ED8" w:rsidRPr="00254B74" w14:paraId="46943CF1" w14:textId="77777777">
        <w:tc>
          <w:tcPr>
            <w:tcW w:w="1728" w:type="dxa"/>
          </w:tcPr>
          <w:p w14:paraId="38A1C573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Unstable game frame</w:t>
            </w:r>
          </w:p>
        </w:tc>
        <w:tc>
          <w:tcPr>
            <w:tcW w:w="1728" w:type="dxa"/>
          </w:tcPr>
          <w:p w14:paraId="3120A50B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4C686FC9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5D955539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Assemble on firm, level ground and inspect stability before use.</w:t>
            </w:r>
          </w:p>
        </w:tc>
        <w:tc>
          <w:tcPr>
            <w:tcW w:w="1728" w:type="dxa"/>
          </w:tcPr>
          <w:p w14:paraId="44F3586E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Low</w:t>
            </w:r>
          </w:p>
        </w:tc>
      </w:tr>
      <w:tr w:rsidR="007A4ED8" w:rsidRPr="00254B74" w14:paraId="29C94E97" w14:textId="77777777">
        <w:tc>
          <w:tcPr>
            <w:tcW w:w="1728" w:type="dxa"/>
          </w:tcPr>
          <w:p w14:paraId="3FF2C03E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Damaged equipment</w:t>
            </w:r>
          </w:p>
        </w:tc>
        <w:tc>
          <w:tcPr>
            <w:tcW w:w="1728" w:type="dxa"/>
          </w:tcPr>
          <w:p w14:paraId="5EC5EA6E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69BF6AFB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Low</w:t>
            </w:r>
          </w:p>
        </w:tc>
        <w:tc>
          <w:tcPr>
            <w:tcW w:w="1728" w:type="dxa"/>
          </w:tcPr>
          <w:p w14:paraId="6F780409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Inspect before dispatch and after collection; remove defective equipment from service.</w:t>
            </w:r>
          </w:p>
        </w:tc>
        <w:tc>
          <w:tcPr>
            <w:tcW w:w="1728" w:type="dxa"/>
          </w:tcPr>
          <w:p w14:paraId="6A3FB9D7" w14:textId="77777777" w:rsidR="007A4ED8" w:rsidRPr="00254B74" w:rsidRDefault="00000000">
            <w:pPr>
              <w:rPr>
                <w:sz w:val="16"/>
                <w:szCs w:val="16"/>
              </w:rPr>
            </w:pPr>
            <w:r w:rsidRPr="00254B74">
              <w:rPr>
                <w:sz w:val="16"/>
                <w:szCs w:val="16"/>
              </w:rPr>
              <w:t>Low</w:t>
            </w:r>
          </w:p>
        </w:tc>
      </w:tr>
    </w:tbl>
    <w:p w14:paraId="2AD8B665" w14:textId="77777777" w:rsidR="007A4ED8" w:rsidRPr="00254B74" w:rsidRDefault="00000000">
      <w:pPr>
        <w:pStyle w:val="Heading2"/>
        <w:rPr>
          <w:sz w:val="20"/>
          <w:szCs w:val="20"/>
        </w:rPr>
      </w:pPr>
      <w:r w:rsidRPr="00254B74">
        <w:rPr>
          <w:sz w:val="20"/>
          <w:szCs w:val="20"/>
        </w:rPr>
        <w:t>Operational Controls</w:t>
      </w:r>
    </w:p>
    <w:p w14:paraId="56DA1BBA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Set up on a firm, level surface.</w:t>
      </w:r>
    </w:p>
    <w:p w14:paraId="0866A303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Inspect frame, chute and bat before each hire.</w:t>
      </w:r>
    </w:p>
    <w:p w14:paraId="648867E7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Only one participant in the striking area at a time.</w:t>
      </w:r>
    </w:p>
    <w:p w14:paraId="60070380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Keep spectators behind the designated safety line.</w:t>
      </w:r>
    </w:p>
    <w:p w14:paraId="081E25A3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Withdraw damaged equipment from use immediately.</w:t>
      </w:r>
    </w:p>
    <w:p w14:paraId="0796936B" w14:textId="77777777" w:rsidR="007A4ED8" w:rsidRPr="00254B74" w:rsidRDefault="00000000">
      <w:pPr>
        <w:pStyle w:val="Heading2"/>
        <w:rPr>
          <w:sz w:val="20"/>
          <w:szCs w:val="20"/>
        </w:rPr>
      </w:pPr>
      <w:r w:rsidRPr="00254B74">
        <w:rPr>
          <w:sz w:val="20"/>
          <w:szCs w:val="20"/>
        </w:rPr>
        <w:t>Emergency Procedures</w:t>
      </w:r>
    </w:p>
    <w:p w14:paraId="36A22200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Stop play if equipment becomes unstable or damaged.</w:t>
      </w:r>
    </w:p>
    <w:p w14:paraId="04FF2156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Provide first aid where required.</w:t>
      </w:r>
    </w:p>
    <w:p w14:paraId="4AAE90B8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Record and report all incidents and equipment defects.</w:t>
      </w:r>
    </w:p>
    <w:p w14:paraId="25F2D0B1" w14:textId="77777777" w:rsidR="007A4ED8" w:rsidRPr="00254B74" w:rsidRDefault="00000000">
      <w:pPr>
        <w:pStyle w:val="Heading2"/>
        <w:rPr>
          <w:sz w:val="20"/>
          <w:szCs w:val="20"/>
        </w:rPr>
      </w:pPr>
      <w:r w:rsidRPr="00254B74">
        <w:rPr>
          <w:sz w:val="20"/>
          <w:szCs w:val="20"/>
        </w:rPr>
        <w:t>Inspection Checklist</w:t>
      </w:r>
    </w:p>
    <w:p w14:paraId="6F3CD4B7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Frame secure and stable.</w:t>
      </w:r>
    </w:p>
    <w:p w14:paraId="0BB95616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Chute free from damage.</w:t>
      </w:r>
    </w:p>
    <w:p w14:paraId="60284928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Bat in good condition.</w:t>
      </w:r>
    </w:p>
    <w:p w14:paraId="048B6218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Playing area free from trip hazards.</w:t>
      </w:r>
    </w:p>
    <w:p w14:paraId="723EEF09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Equipment complete and clean.</w:t>
      </w:r>
    </w:p>
    <w:p w14:paraId="73650E93" w14:textId="77777777" w:rsidR="007A4ED8" w:rsidRPr="00254B74" w:rsidRDefault="00000000">
      <w:pPr>
        <w:pStyle w:val="Heading2"/>
        <w:rPr>
          <w:sz w:val="20"/>
          <w:szCs w:val="20"/>
        </w:rPr>
      </w:pPr>
      <w:r w:rsidRPr="00254B74">
        <w:rPr>
          <w:sz w:val="20"/>
          <w:szCs w:val="20"/>
        </w:rPr>
        <w:t>Training Requirements</w:t>
      </w:r>
    </w:p>
    <w:p w14:paraId="06ED033C" w14:textId="77777777" w:rsidR="007A4ED8" w:rsidRPr="00254B74" w:rsidRDefault="00000000">
      <w:pPr>
        <w:pStyle w:val="ListBullet"/>
        <w:rPr>
          <w:sz w:val="16"/>
          <w:szCs w:val="16"/>
        </w:rPr>
      </w:pPr>
      <w:r w:rsidRPr="00254B74">
        <w:rPr>
          <w:sz w:val="16"/>
          <w:szCs w:val="16"/>
        </w:rPr>
        <w:t>Staff trained in manual handling, safe setup, inspection and customer safety briefing.</w:t>
      </w:r>
    </w:p>
    <w:sectPr w:rsidR="007A4ED8" w:rsidRPr="00254B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9260536">
    <w:abstractNumId w:val="8"/>
  </w:num>
  <w:num w:numId="2" w16cid:durableId="1676687170">
    <w:abstractNumId w:val="6"/>
  </w:num>
  <w:num w:numId="3" w16cid:durableId="2021661757">
    <w:abstractNumId w:val="5"/>
  </w:num>
  <w:num w:numId="4" w16cid:durableId="1541480710">
    <w:abstractNumId w:val="4"/>
  </w:num>
  <w:num w:numId="5" w16cid:durableId="1891653379">
    <w:abstractNumId w:val="7"/>
  </w:num>
  <w:num w:numId="6" w16cid:durableId="931013018">
    <w:abstractNumId w:val="3"/>
  </w:num>
  <w:num w:numId="7" w16cid:durableId="1687709656">
    <w:abstractNumId w:val="2"/>
  </w:num>
  <w:num w:numId="8" w16cid:durableId="1013992825">
    <w:abstractNumId w:val="1"/>
  </w:num>
  <w:num w:numId="9" w16cid:durableId="2046640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6174"/>
    <w:rsid w:val="0015074B"/>
    <w:rsid w:val="00254B74"/>
    <w:rsid w:val="0029639D"/>
    <w:rsid w:val="00326F90"/>
    <w:rsid w:val="007A4ED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D7058F"/>
  <w14:defaultImageDpi w14:val="300"/>
  <w15:docId w15:val="{CEC82B4F-7C05-4769-9CBC-99A5DAFB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1459</Characters>
  <Application>Microsoft Office Word</Application>
  <DocSecurity>0</DocSecurity>
  <Lines>76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2026-07-27T11:41:00Z</dcterms:created>
  <dcterms:modified xsi:type="dcterms:W3CDTF">2026-07-27T11:41:00Z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2ed0be0b-51d4-405a-a98d-bbe64e223183</vt:lpwstr>
  </property>
</Properties>
</file>