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F2053" w14:textId="77777777" w:rsidR="00B3271E" w:rsidRPr="0000147B" w:rsidRDefault="00000000">
      <w:pPr>
        <w:pStyle w:val="Heading1"/>
        <w:rPr>
          <w:sz w:val="18"/>
          <w:szCs w:val="18"/>
        </w:rPr>
      </w:pPr>
      <w:r w:rsidRPr="0000147B">
        <w:rPr>
          <w:sz w:val="18"/>
          <w:szCs w:val="18"/>
        </w:rPr>
        <w:t>Risk Assessment – Surf Simulator Hire (HSE/AAIAC Style)</w:t>
      </w:r>
    </w:p>
    <w:p w14:paraId="73F7EE69" w14:textId="77777777" w:rsidR="00B3271E" w:rsidRPr="0000147B" w:rsidRDefault="00000000">
      <w:pPr>
        <w:pStyle w:val="Heading2"/>
        <w:rPr>
          <w:sz w:val="18"/>
          <w:szCs w:val="18"/>
        </w:rPr>
      </w:pPr>
      <w:r w:rsidRPr="0000147B">
        <w:rPr>
          <w:sz w:val="18"/>
          <w:szCs w:val="18"/>
        </w:rPr>
        <w:t>Activity Description</w:t>
      </w:r>
    </w:p>
    <w:p w14:paraId="09821F52" w14:textId="77777777" w:rsidR="00B3271E" w:rsidRPr="0000147B" w:rsidRDefault="00000000">
      <w:pPr>
        <w:rPr>
          <w:sz w:val="14"/>
          <w:szCs w:val="14"/>
        </w:rPr>
      </w:pPr>
      <w:r w:rsidRPr="0000147B">
        <w:rPr>
          <w:sz w:val="14"/>
          <w:szCs w:val="14"/>
        </w:rPr>
        <w:t>Assessment covers transport, installation, operation, supervision and dismantling of a mechanical surf simulator with inflatable safety bed.</w:t>
      </w:r>
    </w:p>
    <w:p w14:paraId="5FF832ED" w14:textId="77777777" w:rsidR="00B3271E" w:rsidRPr="0000147B" w:rsidRDefault="00000000">
      <w:pPr>
        <w:pStyle w:val="Heading2"/>
        <w:rPr>
          <w:sz w:val="18"/>
          <w:szCs w:val="18"/>
        </w:rPr>
      </w:pPr>
      <w:r w:rsidRPr="0000147B">
        <w:rPr>
          <w:sz w:val="18"/>
          <w:szCs w:val="18"/>
        </w:rPr>
        <w:t>Persons at Risk</w:t>
      </w:r>
    </w:p>
    <w:p w14:paraId="4FC69965" w14:textId="77777777" w:rsidR="00B3271E" w:rsidRPr="0000147B" w:rsidRDefault="00000000">
      <w:pPr>
        <w:rPr>
          <w:sz w:val="14"/>
          <w:szCs w:val="14"/>
        </w:rPr>
      </w:pPr>
      <w:r w:rsidRPr="0000147B">
        <w:rPr>
          <w:sz w:val="14"/>
          <w:szCs w:val="14"/>
        </w:rPr>
        <w:t>Participants, operators, spectators, staff and the public.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B3271E" w:rsidRPr="0000147B" w14:paraId="2A3C32AC" w14:textId="77777777" w:rsidTr="0000147B">
        <w:tc>
          <w:tcPr>
            <w:tcW w:w="1728" w:type="dxa"/>
          </w:tcPr>
          <w:p w14:paraId="10F795BB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0537D8D7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4A866288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207EDE9D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3E2EF365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Residual Risk</w:t>
            </w:r>
          </w:p>
        </w:tc>
      </w:tr>
      <w:tr w:rsidR="00B3271E" w:rsidRPr="0000147B" w14:paraId="0AFF3DDA" w14:textId="77777777" w:rsidTr="0000147B">
        <w:tc>
          <w:tcPr>
            <w:tcW w:w="1728" w:type="dxa"/>
          </w:tcPr>
          <w:p w14:paraId="6270C72D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Manual handling</w:t>
            </w:r>
          </w:p>
        </w:tc>
        <w:tc>
          <w:tcPr>
            <w:tcW w:w="1728" w:type="dxa"/>
          </w:tcPr>
          <w:p w14:paraId="1B95E942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61224FA2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7C55DEB4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Team lifting/use handling aids</w:t>
            </w:r>
          </w:p>
        </w:tc>
        <w:tc>
          <w:tcPr>
            <w:tcW w:w="1728" w:type="dxa"/>
          </w:tcPr>
          <w:p w14:paraId="054D8BF7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Low</w:t>
            </w:r>
          </w:p>
        </w:tc>
      </w:tr>
      <w:tr w:rsidR="00B3271E" w:rsidRPr="0000147B" w14:paraId="0DE44362" w14:textId="77777777" w:rsidTr="0000147B">
        <w:tc>
          <w:tcPr>
            <w:tcW w:w="1728" w:type="dxa"/>
          </w:tcPr>
          <w:p w14:paraId="7CF493BB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Electrical equipment</w:t>
            </w:r>
          </w:p>
        </w:tc>
        <w:tc>
          <w:tcPr>
            <w:tcW w:w="1728" w:type="dxa"/>
          </w:tcPr>
          <w:p w14:paraId="4DD46E56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6999A764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46B7927A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PAT tested, RCD protected</w:t>
            </w:r>
          </w:p>
        </w:tc>
        <w:tc>
          <w:tcPr>
            <w:tcW w:w="1728" w:type="dxa"/>
          </w:tcPr>
          <w:p w14:paraId="0B7B226C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Low</w:t>
            </w:r>
          </w:p>
        </w:tc>
      </w:tr>
      <w:tr w:rsidR="00B3271E" w:rsidRPr="0000147B" w14:paraId="437C0DA8" w14:textId="77777777" w:rsidTr="0000147B">
        <w:tc>
          <w:tcPr>
            <w:tcW w:w="1728" w:type="dxa"/>
          </w:tcPr>
          <w:p w14:paraId="08F9B848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Incorrect setup</w:t>
            </w:r>
          </w:p>
        </w:tc>
        <w:tc>
          <w:tcPr>
            <w:tcW w:w="1728" w:type="dxa"/>
          </w:tcPr>
          <w:p w14:paraId="6F1F660A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229A7D34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1BC1F934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Trained staff and pre-use checks</w:t>
            </w:r>
          </w:p>
        </w:tc>
        <w:tc>
          <w:tcPr>
            <w:tcW w:w="1728" w:type="dxa"/>
          </w:tcPr>
          <w:p w14:paraId="7B81F40A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Low</w:t>
            </w:r>
          </w:p>
        </w:tc>
      </w:tr>
      <w:tr w:rsidR="00B3271E" w:rsidRPr="0000147B" w14:paraId="3EA67D68" w14:textId="77777777" w:rsidTr="0000147B">
        <w:tc>
          <w:tcPr>
            <w:tcW w:w="1728" w:type="dxa"/>
          </w:tcPr>
          <w:p w14:paraId="0924C0C6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Falls from simulator</w:t>
            </w:r>
          </w:p>
        </w:tc>
        <w:tc>
          <w:tcPr>
            <w:tcW w:w="1728" w:type="dxa"/>
          </w:tcPr>
          <w:p w14:paraId="62041E21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Participants</w:t>
            </w:r>
          </w:p>
        </w:tc>
        <w:tc>
          <w:tcPr>
            <w:tcW w:w="1728" w:type="dxa"/>
          </w:tcPr>
          <w:p w14:paraId="5304CCA7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7A2BF563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Inflatable landing bed, controlled operation</w:t>
            </w:r>
          </w:p>
        </w:tc>
        <w:tc>
          <w:tcPr>
            <w:tcW w:w="1728" w:type="dxa"/>
          </w:tcPr>
          <w:p w14:paraId="0371C530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Low</w:t>
            </w:r>
          </w:p>
        </w:tc>
      </w:tr>
      <w:tr w:rsidR="00B3271E" w:rsidRPr="0000147B" w14:paraId="588FBBB1" w14:textId="77777777" w:rsidTr="0000147B">
        <w:tc>
          <w:tcPr>
            <w:tcW w:w="1728" w:type="dxa"/>
          </w:tcPr>
          <w:p w14:paraId="1425D6C0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Impact with moving surfboard</w:t>
            </w:r>
          </w:p>
        </w:tc>
        <w:tc>
          <w:tcPr>
            <w:tcW w:w="1728" w:type="dxa"/>
          </w:tcPr>
          <w:p w14:paraId="0AAC40AC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Participants</w:t>
            </w:r>
          </w:p>
        </w:tc>
        <w:tc>
          <w:tcPr>
            <w:tcW w:w="1728" w:type="dxa"/>
          </w:tcPr>
          <w:p w14:paraId="0D39AD73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78BFD9A2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Operator supervision and emergency stop</w:t>
            </w:r>
          </w:p>
        </w:tc>
        <w:tc>
          <w:tcPr>
            <w:tcW w:w="1728" w:type="dxa"/>
          </w:tcPr>
          <w:p w14:paraId="730D1947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Low</w:t>
            </w:r>
          </w:p>
        </w:tc>
      </w:tr>
      <w:tr w:rsidR="00B3271E" w:rsidRPr="0000147B" w14:paraId="6E3DFB81" w14:textId="77777777" w:rsidTr="0000147B">
        <w:tc>
          <w:tcPr>
            <w:tcW w:w="1728" w:type="dxa"/>
          </w:tcPr>
          <w:p w14:paraId="1D205BBB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Entrapment</w:t>
            </w:r>
          </w:p>
        </w:tc>
        <w:tc>
          <w:tcPr>
            <w:tcW w:w="1728" w:type="dxa"/>
          </w:tcPr>
          <w:p w14:paraId="7D6BD405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Participants</w:t>
            </w:r>
          </w:p>
        </w:tc>
        <w:tc>
          <w:tcPr>
            <w:tcW w:w="1728" w:type="dxa"/>
          </w:tcPr>
          <w:p w14:paraId="2CB1C1C6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3A638972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Routine inspections and clear operating zone</w:t>
            </w:r>
          </w:p>
        </w:tc>
        <w:tc>
          <w:tcPr>
            <w:tcW w:w="1728" w:type="dxa"/>
          </w:tcPr>
          <w:p w14:paraId="179C9CF4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Low</w:t>
            </w:r>
          </w:p>
        </w:tc>
      </w:tr>
      <w:tr w:rsidR="00B3271E" w:rsidRPr="0000147B" w14:paraId="0C21A165" w14:textId="77777777" w:rsidTr="0000147B">
        <w:tc>
          <w:tcPr>
            <w:tcW w:w="1728" w:type="dxa"/>
          </w:tcPr>
          <w:p w14:paraId="5AE66CE9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Trips from cables</w:t>
            </w:r>
          </w:p>
        </w:tc>
        <w:tc>
          <w:tcPr>
            <w:tcW w:w="1728" w:type="dxa"/>
          </w:tcPr>
          <w:p w14:paraId="54ED19F5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2709BAC0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3B4E1D0F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Secure cable routing and covers</w:t>
            </w:r>
          </w:p>
        </w:tc>
        <w:tc>
          <w:tcPr>
            <w:tcW w:w="1728" w:type="dxa"/>
          </w:tcPr>
          <w:p w14:paraId="3EBDA2F7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Low</w:t>
            </w:r>
          </w:p>
        </w:tc>
      </w:tr>
      <w:tr w:rsidR="00B3271E" w:rsidRPr="0000147B" w14:paraId="465A55F0" w14:textId="77777777" w:rsidTr="0000147B">
        <w:tc>
          <w:tcPr>
            <w:tcW w:w="1728" w:type="dxa"/>
          </w:tcPr>
          <w:p w14:paraId="013953FF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Unauthorised access</w:t>
            </w:r>
          </w:p>
        </w:tc>
        <w:tc>
          <w:tcPr>
            <w:tcW w:w="1728" w:type="dxa"/>
          </w:tcPr>
          <w:p w14:paraId="0F5808E0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Public</w:t>
            </w:r>
          </w:p>
        </w:tc>
        <w:tc>
          <w:tcPr>
            <w:tcW w:w="1728" w:type="dxa"/>
          </w:tcPr>
          <w:p w14:paraId="3F59256F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59FDF12C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Barriers and supervised entry</w:t>
            </w:r>
          </w:p>
        </w:tc>
        <w:tc>
          <w:tcPr>
            <w:tcW w:w="1728" w:type="dxa"/>
          </w:tcPr>
          <w:p w14:paraId="7E19FF0B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Low</w:t>
            </w:r>
          </w:p>
        </w:tc>
      </w:tr>
      <w:tr w:rsidR="00B3271E" w:rsidRPr="0000147B" w14:paraId="15CA7B65" w14:textId="77777777" w:rsidTr="0000147B">
        <w:tc>
          <w:tcPr>
            <w:tcW w:w="1728" w:type="dxa"/>
          </w:tcPr>
          <w:p w14:paraId="129FA54B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Adverse weather (outdoors)</w:t>
            </w:r>
          </w:p>
        </w:tc>
        <w:tc>
          <w:tcPr>
            <w:tcW w:w="1728" w:type="dxa"/>
          </w:tcPr>
          <w:p w14:paraId="1194DE34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171D2DF6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5578EB44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Do not operate in unsafe weather</w:t>
            </w:r>
          </w:p>
        </w:tc>
        <w:tc>
          <w:tcPr>
            <w:tcW w:w="1728" w:type="dxa"/>
          </w:tcPr>
          <w:p w14:paraId="1AE672B0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Low</w:t>
            </w:r>
          </w:p>
        </w:tc>
      </w:tr>
      <w:tr w:rsidR="00B3271E" w:rsidRPr="0000147B" w14:paraId="65AA6D30" w14:textId="77777777" w:rsidTr="0000147B">
        <w:tc>
          <w:tcPr>
            <w:tcW w:w="1728" w:type="dxa"/>
          </w:tcPr>
          <w:p w14:paraId="13EC80AD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Dismantling</w:t>
            </w:r>
          </w:p>
        </w:tc>
        <w:tc>
          <w:tcPr>
            <w:tcW w:w="1728" w:type="dxa"/>
          </w:tcPr>
          <w:p w14:paraId="73111C0D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726E0931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0263A15A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Power off, deflate safely and manual handling controls</w:t>
            </w:r>
          </w:p>
        </w:tc>
        <w:tc>
          <w:tcPr>
            <w:tcW w:w="1728" w:type="dxa"/>
          </w:tcPr>
          <w:p w14:paraId="4331B99C" w14:textId="77777777" w:rsidR="00B3271E" w:rsidRPr="0000147B" w:rsidRDefault="00000000">
            <w:pPr>
              <w:rPr>
                <w:sz w:val="14"/>
                <w:szCs w:val="14"/>
              </w:rPr>
            </w:pPr>
            <w:r w:rsidRPr="0000147B">
              <w:rPr>
                <w:sz w:val="14"/>
                <w:szCs w:val="14"/>
              </w:rPr>
              <w:t>Low</w:t>
            </w:r>
          </w:p>
        </w:tc>
      </w:tr>
    </w:tbl>
    <w:p w14:paraId="562BC146" w14:textId="77777777" w:rsidR="00B3271E" w:rsidRPr="0000147B" w:rsidRDefault="00000000">
      <w:pPr>
        <w:pStyle w:val="Heading2"/>
        <w:rPr>
          <w:sz w:val="18"/>
          <w:szCs w:val="18"/>
        </w:rPr>
      </w:pPr>
      <w:r w:rsidRPr="0000147B">
        <w:rPr>
          <w:sz w:val="18"/>
          <w:szCs w:val="18"/>
        </w:rPr>
        <w:t>Operational Controls</w:t>
      </w:r>
    </w:p>
    <w:p w14:paraId="67A2776A" w14:textId="77777777" w:rsidR="00B3271E" w:rsidRPr="0000147B" w:rsidRDefault="00000000">
      <w:pPr>
        <w:rPr>
          <w:sz w:val="14"/>
          <w:szCs w:val="14"/>
        </w:rPr>
      </w:pPr>
      <w:r w:rsidRPr="0000147B">
        <w:rPr>
          <w:sz w:val="14"/>
          <w:szCs w:val="14"/>
        </w:rPr>
        <w:t>Inspect simulator, inflatable bed, emergency stop, controls, blower, anchors, mats and barriers before operation. Continuous trained supervision is required.</w:t>
      </w:r>
    </w:p>
    <w:p w14:paraId="5ECC074E" w14:textId="77777777" w:rsidR="00B3271E" w:rsidRPr="0000147B" w:rsidRDefault="00000000">
      <w:pPr>
        <w:pStyle w:val="Heading2"/>
        <w:rPr>
          <w:sz w:val="18"/>
          <w:szCs w:val="18"/>
        </w:rPr>
      </w:pPr>
      <w:r w:rsidRPr="0000147B">
        <w:rPr>
          <w:sz w:val="18"/>
          <w:szCs w:val="18"/>
        </w:rPr>
        <w:t>Emergency Procedures</w:t>
      </w:r>
    </w:p>
    <w:p w14:paraId="54412775" w14:textId="77777777" w:rsidR="00B3271E" w:rsidRPr="0000147B" w:rsidRDefault="00000000">
      <w:pPr>
        <w:rPr>
          <w:sz w:val="14"/>
          <w:szCs w:val="14"/>
        </w:rPr>
      </w:pPr>
      <w:r w:rsidRPr="0000147B">
        <w:rPr>
          <w:sz w:val="14"/>
          <w:szCs w:val="14"/>
        </w:rPr>
        <w:t>Stop the simulator immediately, isolate electrical supply, administer first aid if required and remove defective equipment from service.</w:t>
      </w:r>
    </w:p>
    <w:p w14:paraId="62939176" w14:textId="77777777" w:rsidR="00B3271E" w:rsidRPr="0000147B" w:rsidRDefault="00000000">
      <w:pPr>
        <w:pStyle w:val="Heading2"/>
        <w:rPr>
          <w:sz w:val="18"/>
          <w:szCs w:val="18"/>
        </w:rPr>
      </w:pPr>
      <w:r w:rsidRPr="0000147B">
        <w:rPr>
          <w:sz w:val="18"/>
          <w:szCs w:val="18"/>
        </w:rPr>
        <w:t>Inspection Checklist</w:t>
      </w:r>
    </w:p>
    <w:p w14:paraId="52405387" w14:textId="77777777" w:rsidR="00B3271E" w:rsidRPr="0000147B" w:rsidRDefault="00000000">
      <w:pPr>
        <w:rPr>
          <w:sz w:val="14"/>
          <w:szCs w:val="14"/>
        </w:rPr>
      </w:pPr>
      <w:r w:rsidRPr="0000147B">
        <w:rPr>
          <w:sz w:val="14"/>
          <w:szCs w:val="14"/>
        </w:rPr>
        <w:t>Mechanical surf unit, inflatable bed, blower, RCD, emergency stop, anchors, mats, barriers and safety signage.</w:t>
      </w:r>
    </w:p>
    <w:p w14:paraId="08D13EF5" w14:textId="77777777" w:rsidR="00B3271E" w:rsidRPr="0000147B" w:rsidRDefault="00000000">
      <w:pPr>
        <w:pStyle w:val="Heading2"/>
        <w:rPr>
          <w:sz w:val="18"/>
          <w:szCs w:val="18"/>
        </w:rPr>
      </w:pPr>
      <w:r w:rsidRPr="0000147B">
        <w:rPr>
          <w:sz w:val="18"/>
          <w:szCs w:val="18"/>
        </w:rPr>
        <w:t>Training Requirements</w:t>
      </w:r>
    </w:p>
    <w:p w14:paraId="5E68F978" w14:textId="77777777" w:rsidR="00B3271E" w:rsidRPr="0000147B" w:rsidRDefault="00000000">
      <w:pPr>
        <w:rPr>
          <w:sz w:val="14"/>
          <w:szCs w:val="14"/>
        </w:rPr>
      </w:pPr>
      <w:r w:rsidRPr="0000147B">
        <w:rPr>
          <w:sz w:val="14"/>
          <w:szCs w:val="14"/>
        </w:rPr>
        <w:t>Manual handling, safe setup, electrical safety, simulator operation, emergency procedures and daily inspections.</w:t>
      </w:r>
    </w:p>
    <w:sectPr w:rsidR="00B3271E" w:rsidRPr="0000147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9555009">
    <w:abstractNumId w:val="8"/>
  </w:num>
  <w:num w:numId="2" w16cid:durableId="1504008467">
    <w:abstractNumId w:val="6"/>
  </w:num>
  <w:num w:numId="3" w16cid:durableId="476991911">
    <w:abstractNumId w:val="5"/>
  </w:num>
  <w:num w:numId="4" w16cid:durableId="1853907387">
    <w:abstractNumId w:val="4"/>
  </w:num>
  <w:num w:numId="5" w16cid:durableId="1486242404">
    <w:abstractNumId w:val="7"/>
  </w:num>
  <w:num w:numId="6" w16cid:durableId="2011833013">
    <w:abstractNumId w:val="3"/>
  </w:num>
  <w:num w:numId="7" w16cid:durableId="1525635323">
    <w:abstractNumId w:val="2"/>
  </w:num>
  <w:num w:numId="8" w16cid:durableId="481196455">
    <w:abstractNumId w:val="1"/>
  </w:num>
  <w:num w:numId="9" w16cid:durableId="1648700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47B"/>
    <w:rsid w:val="00034616"/>
    <w:rsid w:val="0006063C"/>
    <w:rsid w:val="0015074B"/>
    <w:rsid w:val="0029639D"/>
    <w:rsid w:val="00326F90"/>
    <w:rsid w:val="008069B2"/>
    <w:rsid w:val="00AA1D8D"/>
    <w:rsid w:val="00B3271E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09F457"/>
  <w14:defaultImageDpi w14:val="300"/>
  <w15:docId w15:val="{FCCC2694-245F-45AF-A1F8-243485BB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2026-07-22T14:30:00Z</dcterms:created>
  <dcterms:modified xsi:type="dcterms:W3CDTF">2026-07-22T14:30:00Z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105b5081-f122-430f-9c9a-129a94b31cb9</vt:lpwstr>
  </property>
</Properties>
</file>