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E70C7" w14:textId="77777777" w:rsidR="008B6838" w:rsidRPr="006E29D1" w:rsidRDefault="00000000">
      <w:pPr>
        <w:pStyle w:val="Heading1"/>
        <w:rPr>
          <w:sz w:val="22"/>
          <w:szCs w:val="22"/>
        </w:rPr>
      </w:pPr>
      <w:r w:rsidRPr="006E29D1">
        <w:rPr>
          <w:sz w:val="22"/>
          <w:szCs w:val="22"/>
        </w:rPr>
        <w:t>Risk Assessment – Table Tennis Hire (HSE/AAIAC Style)</w:t>
      </w:r>
    </w:p>
    <w:p w14:paraId="2A396619" w14:textId="77777777" w:rsidR="008B6838" w:rsidRPr="006E29D1" w:rsidRDefault="00000000">
      <w:pPr>
        <w:pStyle w:val="Heading2"/>
        <w:rPr>
          <w:sz w:val="22"/>
          <w:szCs w:val="22"/>
        </w:rPr>
      </w:pPr>
      <w:r w:rsidRPr="006E29D1">
        <w:rPr>
          <w:sz w:val="22"/>
          <w:szCs w:val="22"/>
        </w:rPr>
        <w:t>Activity Description</w:t>
      </w:r>
    </w:p>
    <w:p w14:paraId="770EA4D2" w14:textId="77777777" w:rsidR="008B6838" w:rsidRPr="006E29D1" w:rsidRDefault="00000000">
      <w:pPr>
        <w:rPr>
          <w:sz w:val="18"/>
          <w:szCs w:val="18"/>
        </w:rPr>
      </w:pPr>
      <w:r w:rsidRPr="006E29D1">
        <w:rPr>
          <w:sz w:val="18"/>
          <w:szCs w:val="18"/>
        </w:rPr>
        <w:t>Delivery, setup, operation and collection of a table tennis table and accessories for temporary hire at events.</w:t>
      </w:r>
    </w:p>
    <w:p w14:paraId="07D60108" w14:textId="77777777" w:rsidR="008B6838" w:rsidRPr="006E29D1" w:rsidRDefault="00000000">
      <w:pPr>
        <w:pStyle w:val="Heading2"/>
        <w:rPr>
          <w:sz w:val="22"/>
          <w:szCs w:val="22"/>
        </w:rPr>
      </w:pPr>
      <w:r w:rsidRPr="006E29D1">
        <w:rPr>
          <w:sz w:val="22"/>
          <w:szCs w:val="22"/>
        </w:rPr>
        <w:t>Persons at Risk</w:t>
      </w:r>
    </w:p>
    <w:p w14:paraId="37F24362" w14:textId="77777777" w:rsidR="008B6838" w:rsidRPr="006E29D1" w:rsidRDefault="00000000">
      <w:pPr>
        <w:rPr>
          <w:sz w:val="18"/>
          <w:szCs w:val="18"/>
        </w:rPr>
      </w:pPr>
      <w:r w:rsidRPr="006E29D1">
        <w:rPr>
          <w:sz w:val="18"/>
          <w:szCs w:val="18"/>
        </w:rPr>
        <w:t>Staff, hirers, participants,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9"/>
        <w:gridCol w:w="1725"/>
        <w:gridCol w:w="1725"/>
        <w:gridCol w:w="1726"/>
        <w:gridCol w:w="1725"/>
      </w:tblGrid>
      <w:tr w:rsidR="008B6838" w:rsidRPr="006E29D1" w14:paraId="13253CD2" w14:textId="77777777">
        <w:tc>
          <w:tcPr>
            <w:tcW w:w="1728" w:type="dxa"/>
          </w:tcPr>
          <w:p w14:paraId="640FD846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Hazard</w:t>
            </w:r>
          </w:p>
        </w:tc>
        <w:tc>
          <w:tcPr>
            <w:tcW w:w="1728" w:type="dxa"/>
          </w:tcPr>
          <w:p w14:paraId="4EE8CED2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Persons at Risk</w:t>
            </w:r>
          </w:p>
        </w:tc>
        <w:tc>
          <w:tcPr>
            <w:tcW w:w="1728" w:type="dxa"/>
          </w:tcPr>
          <w:p w14:paraId="54531C83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Initial Risk</w:t>
            </w:r>
          </w:p>
        </w:tc>
        <w:tc>
          <w:tcPr>
            <w:tcW w:w="1728" w:type="dxa"/>
          </w:tcPr>
          <w:p w14:paraId="1379BFB5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Control Measures</w:t>
            </w:r>
          </w:p>
        </w:tc>
        <w:tc>
          <w:tcPr>
            <w:tcW w:w="1728" w:type="dxa"/>
          </w:tcPr>
          <w:p w14:paraId="40BC4EBB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Residual Risk</w:t>
            </w:r>
          </w:p>
        </w:tc>
      </w:tr>
      <w:tr w:rsidR="008B6838" w:rsidRPr="006E29D1" w14:paraId="2FA2B71A" w14:textId="77777777">
        <w:tc>
          <w:tcPr>
            <w:tcW w:w="1728" w:type="dxa"/>
          </w:tcPr>
          <w:p w14:paraId="169AF273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Manual handling during transport/setup</w:t>
            </w:r>
          </w:p>
        </w:tc>
        <w:tc>
          <w:tcPr>
            <w:tcW w:w="1728" w:type="dxa"/>
          </w:tcPr>
          <w:p w14:paraId="5153D50E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Staff</w:t>
            </w:r>
          </w:p>
        </w:tc>
        <w:tc>
          <w:tcPr>
            <w:tcW w:w="1728" w:type="dxa"/>
          </w:tcPr>
          <w:p w14:paraId="18216B88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High</w:t>
            </w:r>
          </w:p>
        </w:tc>
        <w:tc>
          <w:tcPr>
            <w:tcW w:w="1728" w:type="dxa"/>
          </w:tcPr>
          <w:p w14:paraId="5526F408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Use team lifts and suitable handling equipment.</w:t>
            </w:r>
          </w:p>
        </w:tc>
        <w:tc>
          <w:tcPr>
            <w:tcW w:w="1728" w:type="dxa"/>
          </w:tcPr>
          <w:p w14:paraId="526CB684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Low</w:t>
            </w:r>
          </w:p>
        </w:tc>
      </w:tr>
      <w:tr w:rsidR="008B6838" w:rsidRPr="006E29D1" w14:paraId="319CA127" w14:textId="77777777">
        <w:tc>
          <w:tcPr>
            <w:tcW w:w="1728" w:type="dxa"/>
          </w:tcPr>
          <w:p w14:paraId="10572F6C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Table collapse or instability</w:t>
            </w:r>
          </w:p>
        </w:tc>
        <w:tc>
          <w:tcPr>
            <w:tcW w:w="1728" w:type="dxa"/>
          </w:tcPr>
          <w:p w14:paraId="7BC306F1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All</w:t>
            </w:r>
          </w:p>
        </w:tc>
        <w:tc>
          <w:tcPr>
            <w:tcW w:w="1728" w:type="dxa"/>
          </w:tcPr>
          <w:p w14:paraId="03EE3B0C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Medium</w:t>
            </w:r>
          </w:p>
        </w:tc>
        <w:tc>
          <w:tcPr>
            <w:tcW w:w="1728" w:type="dxa"/>
          </w:tcPr>
          <w:p w14:paraId="655BF99F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Fully lock legs in position and check stability before use.</w:t>
            </w:r>
          </w:p>
        </w:tc>
        <w:tc>
          <w:tcPr>
            <w:tcW w:w="1728" w:type="dxa"/>
          </w:tcPr>
          <w:p w14:paraId="148446CB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Low</w:t>
            </w:r>
          </w:p>
        </w:tc>
      </w:tr>
      <w:tr w:rsidR="008B6838" w:rsidRPr="006E29D1" w14:paraId="41949FAE" w14:textId="77777777">
        <w:tc>
          <w:tcPr>
            <w:tcW w:w="1728" w:type="dxa"/>
          </w:tcPr>
          <w:p w14:paraId="60DF32FA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Finger trapping while folding/unfolding</w:t>
            </w:r>
          </w:p>
        </w:tc>
        <w:tc>
          <w:tcPr>
            <w:tcW w:w="1728" w:type="dxa"/>
          </w:tcPr>
          <w:p w14:paraId="6DB38A8B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Staff</w:t>
            </w:r>
          </w:p>
        </w:tc>
        <w:tc>
          <w:tcPr>
            <w:tcW w:w="1728" w:type="dxa"/>
          </w:tcPr>
          <w:p w14:paraId="1BD6DBA7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Medium</w:t>
            </w:r>
          </w:p>
        </w:tc>
        <w:tc>
          <w:tcPr>
            <w:tcW w:w="1728" w:type="dxa"/>
          </w:tcPr>
          <w:p w14:paraId="1CB5518A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Only trained staff to fold/unfold table; keep hands clear of hinges.</w:t>
            </w:r>
          </w:p>
        </w:tc>
        <w:tc>
          <w:tcPr>
            <w:tcW w:w="1728" w:type="dxa"/>
          </w:tcPr>
          <w:p w14:paraId="7305D3A0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Low</w:t>
            </w:r>
          </w:p>
        </w:tc>
      </w:tr>
      <w:tr w:rsidR="008B6838" w:rsidRPr="006E29D1" w14:paraId="4BACC8F5" w14:textId="77777777">
        <w:tc>
          <w:tcPr>
            <w:tcW w:w="1728" w:type="dxa"/>
          </w:tcPr>
          <w:p w14:paraId="7DBEA81B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Trips around bats, balls or table</w:t>
            </w:r>
          </w:p>
        </w:tc>
        <w:tc>
          <w:tcPr>
            <w:tcW w:w="1728" w:type="dxa"/>
          </w:tcPr>
          <w:p w14:paraId="1644021B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All</w:t>
            </w:r>
          </w:p>
        </w:tc>
        <w:tc>
          <w:tcPr>
            <w:tcW w:w="1728" w:type="dxa"/>
          </w:tcPr>
          <w:p w14:paraId="4A1187AC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Medium</w:t>
            </w:r>
          </w:p>
        </w:tc>
        <w:tc>
          <w:tcPr>
            <w:tcW w:w="1728" w:type="dxa"/>
          </w:tcPr>
          <w:p w14:paraId="1D8E9E5D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Maintain clear playing area and collect loose balls promptly.</w:t>
            </w:r>
          </w:p>
        </w:tc>
        <w:tc>
          <w:tcPr>
            <w:tcW w:w="1728" w:type="dxa"/>
          </w:tcPr>
          <w:p w14:paraId="035E1734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Low</w:t>
            </w:r>
          </w:p>
        </w:tc>
      </w:tr>
      <w:tr w:rsidR="008B6838" w:rsidRPr="006E29D1" w14:paraId="0B6640AD" w14:textId="77777777">
        <w:tc>
          <w:tcPr>
            <w:tcW w:w="1728" w:type="dxa"/>
          </w:tcPr>
          <w:p w14:paraId="3EA63925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Collision between players</w:t>
            </w:r>
          </w:p>
        </w:tc>
        <w:tc>
          <w:tcPr>
            <w:tcW w:w="1728" w:type="dxa"/>
          </w:tcPr>
          <w:p w14:paraId="09EB07A0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Players</w:t>
            </w:r>
          </w:p>
        </w:tc>
        <w:tc>
          <w:tcPr>
            <w:tcW w:w="1728" w:type="dxa"/>
          </w:tcPr>
          <w:p w14:paraId="18904E08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Medium</w:t>
            </w:r>
          </w:p>
        </w:tc>
        <w:tc>
          <w:tcPr>
            <w:tcW w:w="1728" w:type="dxa"/>
          </w:tcPr>
          <w:p w14:paraId="730E58A1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Provide adequate playing space and supervise children.</w:t>
            </w:r>
          </w:p>
        </w:tc>
        <w:tc>
          <w:tcPr>
            <w:tcW w:w="1728" w:type="dxa"/>
          </w:tcPr>
          <w:p w14:paraId="086AFC85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Low</w:t>
            </w:r>
          </w:p>
        </w:tc>
      </w:tr>
      <w:tr w:rsidR="008B6838" w:rsidRPr="006E29D1" w14:paraId="0832E833" w14:textId="77777777">
        <w:tc>
          <w:tcPr>
            <w:tcW w:w="1728" w:type="dxa"/>
          </w:tcPr>
          <w:p w14:paraId="6CCBF5D3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Damaged equipment</w:t>
            </w:r>
          </w:p>
        </w:tc>
        <w:tc>
          <w:tcPr>
            <w:tcW w:w="1728" w:type="dxa"/>
          </w:tcPr>
          <w:p w14:paraId="67A29CB5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All</w:t>
            </w:r>
          </w:p>
        </w:tc>
        <w:tc>
          <w:tcPr>
            <w:tcW w:w="1728" w:type="dxa"/>
          </w:tcPr>
          <w:p w14:paraId="6462ABBC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Medium</w:t>
            </w:r>
          </w:p>
        </w:tc>
        <w:tc>
          <w:tcPr>
            <w:tcW w:w="1728" w:type="dxa"/>
          </w:tcPr>
          <w:p w14:paraId="38633F49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Inspect table, net, bats and frame before dispatch and on return.</w:t>
            </w:r>
          </w:p>
        </w:tc>
        <w:tc>
          <w:tcPr>
            <w:tcW w:w="1728" w:type="dxa"/>
          </w:tcPr>
          <w:p w14:paraId="527FB440" w14:textId="77777777" w:rsidR="008B6838" w:rsidRPr="006E29D1" w:rsidRDefault="00000000">
            <w:pPr>
              <w:rPr>
                <w:sz w:val="18"/>
                <w:szCs w:val="18"/>
              </w:rPr>
            </w:pPr>
            <w:r w:rsidRPr="006E29D1">
              <w:rPr>
                <w:sz w:val="18"/>
                <w:szCs w:val="18"/>
              </w:rPr>
              <w:t>Low</w:t>
            </w:r>
          </w:p>
        </w:tc>
      </w:tr>
    </w:tbl>
    <w:p w14:paraId="2402A40D" w14:textId="77777777" w:rsidR="008B6838" w:rsidRPr="006E29D1" w:rsidRDefault="00000000">
      <w:pPr>
        <w:pStyle w:val="Heading2"/>
        <w:rPr>
          <w:sz w:val="22"/>
          <w:szCs w:val="22"/>
        </w:rPr>
      </w:pPr>
      <w:r w:rsidRPr="006E29D1">
        <w:rPr>
          <w:sz w:val="22"/>
          <w:szCs w:val="22"/>
        </w:rPr>
        <w:t>Operational Controls</w:t>
      </w:r>
    </w:p>
    <w:p w14:paraId="145C510E" w14:textId="77777777" w:rsidR="008B6838" w:rsidRPr="006E29D1" w:rsidRDefault="00000000">
      <w:pPr>
        <w:pStyle w:val="ListBullet"/>
        <w:rPr>
          <w:sz w:val="18"/>
          <w:szCs w:val="18"/>
        </w:rPr>
      </w:pPr>
      <w:r w:rsidRPr="006E29D1">
        <w:rPr>
          <w:sz w:val="18"/>
          <w:szCs w:val="18"/>
        </w:rPr>
        <w:t>Inspect table, net, bats and balls before each hire.</w:t>
      </w:r>
    </w:p>
    <w:p w14:paraId="349E40C1" w14:textId="77777777" w:rsidR="008B6838" w:rsidRPr="006E29D1" w:rsidRDefault="00000000">
      <w:pPr>
        <w:pStyle w:val="ListBullet"/>
        <w:rPr>
          <w:sz w:val="18"/>
          <w:szCs w:val="18"/>
        </w:rPr>
      </w:pPr>
      <w:r w:rsidRPr="006E29D1">
        <w:rPr>
          <w:sz w:val="18"/>
          <w:szCs w:val="18"/>
        </w:rPr>
        <w:t>Set up on firm, level ground.</w:t>
      </w:r>
    </w:p>
    <w:p w14:paraId="36270E92" w14:textId="77777777" w:rsidR="008B6838" w:rsidRPr="006E29D1" w:rsidRDefault="00000000">
      <w:pPr>
        <w:pStyle w:val="ListBullet"/>
        <w:rPr>
          <w:sz w:val="18"/>
          <w:szCs w:val="18"/>
        </w:rPr>
      </w:pPr>
      <w:r w:rsidRPr="006E29D1">
        <w:rPr>
          <w:sz w:val="18"/>
          <w:szCs w:val="18"/>
        </w:rPr>
        <w:t>Do not climb, sit or stand on the table.</w:t>
      </w:r>
    </w:p>
    <w:p w14:paraId="1366C471" w14:textId="77777777" w:rsidR="008B6838" w:rsidRPr="006E29D1" w:rsidRDefault="00000000">
      <w:pPr>
        <w:pStyle w:val="ListBullet"/>
        <w:rPr>
          <w:sz w:val="18"/>
          <w:szCs w:val="18"/>
        </w:rPr>
      </w:pPr>
      <w:r w:rsidRPr="006E29D1">
        <w:rPr>
          <w:sz w:val="18"/>
          <w:szCs w:val="18"/>
        </w:rPr>
        <w:t>Withdraw damaged equipment from service immediately.</w:t>
      </w:r>
    </w:p>
    <w:p w14:paraId="688AEEE0" w14:textId="77777777" w:rsidR="008B6838" w:rsidRPr="006E29D1" w:rsidRDefault="00000000">
      <w:pPr>
        <w:pStyle w:val="Heading2"/>
        <w:rPr>
          <w:sz w:val="22"/>
          <w:szCs w:val="22"/>
        </w:rPr>
      </w:pPr>
      <w:r w:rsidRPr="006E29D1">
        <w:rPr>
          <w:sz w:val="22"/>
          <w:szCs w:val="22"/>
        </w:rPr>
        <w:t>Emergency Procedures</w:t>
      </w:r>
    </w:p>
    <w:p w14:paraId="34FB00AF" w14:textId="77777777" w:rsidR="008B6838" w:rsidRPr="006E29D1" w:rsidRDefault="00000000">
      <w:pPr>
        <w:pStyle w:val="ListBullet"/>
        <w:rPr>
          <w:sz w:val="18"/>
          <w:szCs w:val="18"/>
        </w:rPr>
      </w:pPr>
      <w:r w:rsidRPr="006E29D1">
        <w:rPr>
          <w:sz w:val="18"/>
          <w:szCs w:val="18"/>
        </w:rPr>
        <w:t>Stop use if the table becomes unstable or damaged.</w:t>
      </w:r>
    </w:p>
    <w:p w14:paraId="1C561657" w14:textId="77777777" w:rsidR="008B6838" w:rsidRPr="006E29D1" w:rsidRDefault="00000000">
      <w:pPr>
        <w:pStyle w:val="ListBullet"/>
        <w:rPr>
          <w:sz w:val="18"/>
          <w:szCs w:val="18"/>
        </w:rPr>
      </w:pPr>
      <w:r w:rsidRPr="006E29D1">
        <w:rPr>
          <w:sz w:val="18"/>
          <w:szCs w:val="18"/>
        </w:rPr>
        <w:t>Provide first aid where necessary.</w:t>
      </w:r>
    </w:p>
    <w:p w14:paraId="2DA3B623" w14:textId="77777777" w:rsidR="008B6838" w:rsidRPr="006E29D1" w:rsidRDefault="00000000">
      <w:pPr>
        <w:pStyle w:val="ListBullet"/>
        <w:rPr>
          <w:sz w:val="18"/>
          <w:szCs w:val="18"/>
        </w:rPr>
      </w:pPr>
      <w:r w:rsidRPr="006E29D1">
        <w:rPr>
          <w:sz w:val="18"/>
          <w:szCs w:val="18"/>
        </w:rPr>
        <w:t>Record and report all incidents.</w:t>
      </w:r>
    </w:p>
    <w:p w14:paraId="7C8F2ED5" w14:textId="77777777" w:rsidR="008B6838" w:rsidRPr="006E29D1" w:rsidRDefault="00000000">
      <w:pPr>
        <w:pStyle w:val="Heading2"/>
        <w:rPr>
          <w:sz w:val="22"/>
          <w:szCs w:val="22"/>
        </w:rPr>
      </w:pPr>
      <w:r w:rsidRPr="006E29D1">
        <w:rPr>
          <w:sz w:val="22"/>
          <w:szCs w:val="22"/>
        </w:rPr>
        <w:t>Inspection Checklist</w:t>
      </w:r>
    </w:p>
    <w:p w14:paraId="1C04A495" w14:textId="77777777" w:rsidR="008B6838" w:rsidRPr="006E29D1" w:rsidRDefault="00000000">
      <w:pPr>
        <w:pStyle w:val="ListBullet"/>
        <w:rPr>
          <w:sz w:val="18"/>
          <w:szCs w:val="18"/>
        </w:rPr>
      </w:pPr>
      <w:r w:rsidRPr="006E29D1">
        <w:rPr>
          <w:sz w:val="18"/>
          <w:szCs w:val="18"/>
        </w:rPr>
        <w:t>Table stable and level.</w:t>
      </w:r>
    </w:p>
    <w:p w14:paraId="792A9DB3" w14:textId="77777777" w:rsidR="008B6838" w:rsidRPr="006E29D1" w:rsidRDefault="00000000">
      <w:pPr>
        <w:pStyle w:val="ListBullet"/>
        <w:rPr>
          <w:sz w:val="18"/>
          <w:szCs w:val="18"/>
        </w:rPr>
      </w:pPr>
      <w:r w:rsidRPr="006E29D1">
        <w:rPr>
          <w:sz w:val="18"/>
          <w:szCs w:val="18"/>
        </w:rPr>
        <w:t>Locks engaged.</w:t>
      </w:r>
    </w:p>
    <w:p w14:paraId="72F0D75B" w14:textId="77777777" w:rsidR="008B6838" w:rsidRPr="006E29D1" w:rsidRDefault="00000000">
      <w:pPr>
        <w:pStyle w:val="ListBullet"/>
        <w:rPr>
          <w:sz w:val="18"/>
          <w:szCs w:val="18"/>
        </w:rPr>
      </w:pPr>
      <w:r w:rsidRPr="006E29D1">
        <w:rPr>
          <w:sz w:val="18"/>
          <w:szCs w:val="18"/>
        </w:rPr>
        <w:t>Net securely fitted.</w:t>
      </w:r>
    </w:p>
    <w:p w14:paraId="1C82BDAA" w14:textId="77777777" w:rsidR="008B6838" w:rsidRPr="006E29D1" w:rsidRDefault="00000000">
      <w:pPr>
        <w:pStyle w:val="ListBullet"/>
        <w:rPr>
          <w:sz w:val="18"/>
          <w:szCs w:val="18"/>
        </w:rPr>
      </w:pPr>
      <w:r w:rsidRPr="006E29D1">
        <w:rPr>
          <w:sz w:val="18"/>
          <w:szCs w:val="18"/>
        </w:rPr>
        <w:t>Playing surface undamaged.</w:t>
      </w:r>
    </w:p>
    <w:p w14:paraId="5EB2E31F" w14:textId="77777777" w:rsidR="008B6838" w:rsidRPr="006E29D1" w:rsidRDefault="00000000">
      <w:pPr>
        <w:pStyle w:val="ListBullet"/>
        <w:rPr>
          <w:sz w:val="18"/>
          <w:szCs w:val="18"/>
        </w:rPr>
      </w:pPr>
      <w:r w:rsidRPr="006E29D1">
        <w:rPr>
          <w:sz w:val="18"/>
          <w:szCs w:val="18"/>
        </w:rPr>
        <w:t>Accessories complete and serviceable.</w:t>
      </w:r>
    </w:p>
    <w:p w14:paraId="0FBFF73A" w14:textId="77777777" w:rsidR="008B6838" w:rsidRPr="006E29D1" w:rsidRDefault="00000000">
      <w:pPr>
        <w:pStyle w:val="Heading2"/>
        <w:rPr>
          <w:sz w:val="22"/>
          <w:szCs w:val="22"/>
        </w:rPr>
      </w:pPr>
      <w:r w:rsidRPr="006E29D1">
        <w:rPr>
          <w:sz w:val="22"/>
          <w:szCs w:val="22"/>
        </w:rPr>
        <w:t>Training Requirements</w:t>
      </w:r>
    </w:p>
    <w:p w14:paraId="527C332D" w14:textId="77777777" w:rsidR="008B6838" w:rsidRPr="006E29D1" w:rsidRDefault="00000000">
      <w:pPr>
        <w:pStyle w:val="ListBullet"/>
        <w:rPr>
          <w:sz w:val="18"/>
          <w:szCs w:val="18"/>
        </w:rPr>
      </w:pPr>
      <w:r w:rsidRPr="006E29D1">
        <w:rPr>
          <w:sz w:val="18"/>
          <w:szCs w:val="18"/>
        </w:rPr>
        <w:t>Staff trained in manual handling, safe setup, inspection and customer briefing.</w:t>
      </w:r>
    </w:p>
    <w:sectPr w:rsidR="008B6838" w:rsidRPr="006E29D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9416866">
    <w:abstractNumId w:val="8"/>
  </w:num>
  <w:num w:numId="2" w16cid:durableId="819230610">
    <w:abstractNumId w:val="6"/>
  </w:num>
  <w:num w:numId="3" w16cid:durableId="1646425137">
    <w:abstractNumId w:val="5"/>
  </w:num>
  <w:num w:numId="4" w16cid:durableId="313149295">
    <w:abstractNumId w:val="4"/>
  </w:num>
  <w:num w:numId="5" w16cid:durableId="1492675531">
    <w:abstractNumId w:val="7"/>
  </w:num>
  <w:num w:numId="6" w16cid:durableId="973871092">
    <w:abstractNumId w:val="3"/>
  </w:num>
  <w:num w:numId="7" w16cid:durableId="579024320">
    <w:abstractNumId w:val="2"/>
  </w:num>
  <w:num w:numId="8" w16cid:durableId="1674799883">
    <w:abstractNumId w:val="1"/>
  </w:num>
  <w:num w:numId="9" w16cid:durableId="177166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E29D1"/>
    <w:rsid w:val="008B6838"/>
    <w:rsid w:val="00995EB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77E5AE"/>
  <w14:defaultImageDpi w14:val="300"/>
  <w15:docId w15:val="{BAB66EF9-D320-4176-A811-EC53D580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2026-07-27T11:09:00Z</dcterms:created>
  <dcterms:modified xsi:type="dcterms:W3CDTF">2026-07-27T11:09:00Z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97040256-2732-4086-80c2-fedad0990db1</vt:lpwstr>
  </property>
</Properties>
</file>