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DD2A" w14:textId="77777777" w:rsidR="003F173F" w:rsidRPr="00360C67" w:rsidRDefault="00000000">
      <w:pPr>
        <w:pStyle w:val="Heading1"/>
        <w:rPr>
          <w:sz w:val="20"/>
          <w:szCs w:val="20"/>
        </w:rPr>
      </w:pPr>
      <w:r w:rsidRPr="00360C67">
        <w:rPr>
          <w:sz w:val="20"/>
          <w:szCs w:val="20"/>
        </w:rPr>
        <w:t>Risk Assessment – Tin Can Alley Hire (HSE/AAIAC Style)</w:t>
      </w:r>
    </w:p>
    <w:p w14:paraId="519A5BE3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Activity Description</w:t>
      </w:r>
    </w:p>
    <w:p w14:paraId="29C4062F" w14:textId="77777777" w:rsidR="003F173F" w:rsidRPr="00360C67" w:rsidRDefault="00000000">
      <w:pPr>
        <w:rPr>
          <w:sz w:val="16"/>
          <w:szCs w:val="16"/>
        </w:rPr>
      </w:pPr>
      <w:r w:rsidRPr="00360C67">
        <w:rPr>
          <w:sz w:val="16"/>
          <w:szCs w:val="16"/>
        </w:rPr>
        <w:t>Delivery, setup, operation and collection of a Tin Can Alley fairground game for temporary hire at events.</w:t>
      </w:r>
    </w:p>
    <w:p w14:paraId="602DF012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Persons at Risk</w:t>
      </w:r>
    </w:p>
    <w:p w14:paraId="5D5FC8D1" w14:textId="77777777" w:rsidR="003F173F" w:rsidRPr="00360C67" w:rsidRDefault="00000000">
      <w:pPr>
        <w:rPr>
          <w:sz w:val="16"/>
          <w:szCs w:val="16"/>
        </w:rPr>
      </w:pPr>
      <w:r w:rsidRPr="00360C67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1846"/>
        <w:gridCol w:w="1690"/>
        <w:gridCol w:w="1700"/>
        <w:gridCol w:w="1691"/>
      </w:tblGrid>
      <w:tr w:rsidR="003F173F" w:rsidRPr="00360C67" w14:paraId="0D14D75D" w14:textId="77777777">
        <w:tc>
          <w:tcPr>
            <w:tcW w:w="1728" w:type="dxa"/>
          </w:tcPr>
          <w:p w14:paraId="3EA7D171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471ABBE2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67A6B327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0133C826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A91F946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Residual Risk</w:t>
            </w:r>
          </w:p>
        </w:tc>
      </w:tr>
      <w:tr w:rsidR="003F173F" w:rsidRPr="00360C67" w14:paraId="56A828D3" w14:textId="77777777">
        <w:tc>
          <w:tcPr>
            <w:tcW w:w="1728" w:type="dxa"/>
          </w:tcPr>
          <w:p w14:paraId="7396BD0F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Manual handling during setup</w:t>
            </w:r>
          </w:p>
        </w:tc>
        <w:tc>
          <w:tcPr>
            <w:tcW w:w="1728" w:type="dxa"/>
          </w:tcPr>
          <w:p w14:paraId="78DFE414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403DC861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D3D077C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Use correct lifting techniques and team lifts where required.</w:t>
            </w:r>
          </w:p>
        </w:tc>
        <w:tc>
          <w:tcPr>
            <w:tcW w:w="1728" w:type="dxa"/>
          </w:tcPr>
          <w:p w14:paraId="4954D625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  <w:tr w:rsidR="003F173F" w:rsidRPr="00360C67" w14:paraId="075085B6" w14:textId="77777777">
        <w:tc>
          <w:tcPr>
            <w:tcW w:w="1728" w:type="dxa"/>
          </w:tcPr>
          <w:p w14:paraId="0C330943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Thrown balls striking people</w:t>
            </w:r>
          </w:p>
        </w:tc>
        <w:tc>
          <w:tcPr>
            <w:tcW w:w="1728" w:type="dxa"/>
          </w:tcPr>
          <w:p w14:paraId="1CF70451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Participants/Spectators</w:t>
            </w:r>
          </w:p>
        </w:tc>
        <w:tc>
          <w:tcPr>
            <w:tcW w:w="1728" w:type="dxa"/>
          </w:tcPr>
          <w:p w14:paraId="4B6D5B03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D4955C9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Clearly mark throwing line and keep spectators behind players.</w:t>
            </w:r>
          </w:p>
        </w:tc>
        <w:tc>
          <w:tcPr>
            <w:tcW w:w="1728" w:type="dxa"/>
          </w:tcPr>
          <w:p w14:paraId="416CD5BD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  <w:tr w:rsidR="003F173F" w:rsidRPr="00360C67" w14:paraId="58BAC9AE" w14:textId="77777777">
        <w:tc>
          <w:tcPr>
            <w:tcW w:w="1728" w:type="dxa"/>
          </w:tcPr>
          <w:p w14:paraId="3726469F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Trips from loose balls</w:t>
            </w:r>
          </w:p>
        </w:tc>
        <w:tc>
          <w:tcPr>
            <w:tcW w:w="1728" w:type="dxa"/>
          </w:tcPr>
          <w:p w14:paraId="527021BE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2CB6A03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0AED5D3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Collect balls regularly and keep play area tidy.</w:t>
            </w:r>
          </w:p>
        </w:tc>
        <w:tc>
          <w:tcPr>
            <w:tcW w:w="1728" w:type="dxa"/>
          </w:tcPr>
          <w:p w14:paraId="0E4DC63D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  <w:tr w:rsidR="003F173F" w:rsidRPr="00360C67" w14:paraId="1EB44D82" w14:textId="77777777">
        <w:tc>
          <w:tcPr>
            <w:tcW w:w="1728" w:type="dxa"/>
          </w:tcPr>
          <w:p w14:paraId="10D808E8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Falling cans/targets</w:t>
            </w:r>
          </w:p>
        </w:tc>
        <w:tc>
          <w:tcPr>
            <w:tcW w:w="1728" w:type="dxa"/>
          </w:tcPr>
          <w:p w14:paraId="4ADA66F3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37AC5ABC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6A21ABB2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Stack cans securely and use lightweight game equipment.</w:t>
            </w:r>
          </w:p>
        </w:tc>
        <w:tc>
          <w:tcPr>
            <w:tcW w:w="1728" w:type="dxa"/>
          </w:tcPr>
          <w:p w14:paraId="28C4BDDB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  <w:tr w:rsidR="003F173F" w:rsidRPr="00360C67" w14:paraId="158DF7DF" w14:textId="77777777">
        <w:tc>
          <w:tcPr>
            <w:tcW w:w="1728" w:type="dxa"/>
          </w:tcPr>
          <w:p w14:paraId="060E2AA1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Children entering throwing area</w:t>
            </w:r>
          </w:p>
        </w:tc>
        <w:tc>
          <w:tcPr>
            <w:tcW w:w="1728" w:type="dxa"/>
          </w:tcPr>
          <w:p w14:paraId="68861104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7A47BEEF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D74DA06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Provide supervision and restrict access while throwing is in progress.</w:t>
            </w:r>
          </w:p>
        </w:tc>
        <w:tc>
          <w:tcPr>
            <w:tcW w:w="1728" w:type="dxa"/>
          </w:tcPr>
          <w:p w14:paraId="76DCF41D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  <w:tr w:rsidR="003F173F" w:rsidRPr="00360C67" w14:paraId="1D33FEE9" w14:textId="77777777">
        <w:tc>
          <w:tcPr>
            <w:tcW w:w="1728" w:type="dxa"/>
          </w:tcPr>
          <w:p w14:paraId="026AD8E4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580F631E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15A49E5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5FD1B86C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Inspect before dispatch and after collection; remove damaged items from service.</w:t>
            </w:r>
          </w:p>
        </w:tc>
        <w:tc>
          <w:tcPr>
            <w:tcW w:w="1728" w:type="dxa"/>
          </w:tcPr>
          <w:p w14:paraId="0B9CE619" w14:textId="77777777" w:rsidR="003F173F" w:rsidRPr="00360C67" w:rsidRDefault="00000000">
            <w:pPr>
              <w:rPr>
                <w:sz w:val="16"/>
                <w:szCs w:val="16"/>
              </w:rPr>
            </w:pPr>
            <w:r w:rsidRPr="00360C67">
              <w:rPr>
                <w:sz w:val="16"/>
                <w:szCs w:val="16"/>
              </w:rPr>
              <w:t>Low</w:t>
            </w:r>
          </w:p>
        </w:tc>
      </w:tr>
    </w:tbl>
    <w:p w14:paraId="6EC70277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Operational Controls</w:t>
      </w:r>
    </w:p>
    <w:p w14:paraId="63B6768E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Set up on a firm, level surface.</w:t>
      </w:r>
    </w:p>
    <w:p w14:paraId="69EF1201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Maintain a clearly defined throwing zone.</w:t>
      </w:r>
    </w:p>
    <w:p w14:paraId="1392AA33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Only one player throws at a time.</w:t>
      </w:r>
    </w:p>
    <w:p w14:paraId="7C982756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Collect equipment between games.</w:t>
      </w:r>
    </w:p>
    <w:p w14:paraId="742A1303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Remove damaged equipment from use.</w:t>
      </w:r>
    </w:p>
    <w:p w14:paraId="0D285533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Emergency Procedures</w:t>
      </w:r>
    </w:p>
    <w:p w14:paraId="5F5949C9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Stop play if equipment becomes unsafe.</w:t>
      </w:r>
    </w:p>
    <w:p w14:paraId="7F709010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Provide first aid where necessary.</w:t>
      </w:r>
    </w:p>
    <w:p w14:paraId="1C53B32C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Record and report any incidents.</w:t>
      </w:r>
    </w:p>
    <w:p w14:paraId="520D4E1D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Inspection Checklist</w:t>
      </w:r>
    </w:p>
    <w:p w14:paraId="637A920A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Frame stable.</w:t>
      </w:r>
    </w:p>
    <w:p w14:paraId="70416BDC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Cans undamaged.</w:t>
      </w:r>
    </w:p>
    <w:p w14:paraId="18D3DC26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Balls in good condition.</w:t>
      </w:r>
    </w:p>
    <w:p w14:paraId="12B14FC9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Throwing area clearly marked.</w:t>
      </w:r>
    </w:p>
    <w:p w14:paraId="374E8B6A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No trip hazards.</w:t>
      </w:r>
    </w:p>
    <w:p w14:paraId="5B474097" w14:textId="77777777" w:rsidR="003F173F" w:rsidRPr="00360C67" w:rsidRDefault="00000000">
      <w:pPr>
        <w:pStyle w:val="Heading2"/>
        <w:rPr>
          <w:sz w:val="20"/>
          <w:szCs w:val="20"/>
        </w:rPr>
      </w:pPr>
      <w:r w:rsidRPr="00360C67">
        <w:rPr>
          <w:sz w:val="20"/>
          <w:szCs w:val="20"/>
        </w:rPr>
        <w:t>Training Requirements</w:t>
      </w:r>
    </w:p>
    <w:p w14:paraId="5785CDF3" w14:textId="77777777" w:rsidR="003F173F" w:rsidRPr="00360C67" w:rsidRDefault="00000000">
      <w:pPr>
        <w:pStyle w:val="ListBullet"/>
        <w:rPr>
          <w:sz w:val="16"/>
          <w:szCs w:val="16"/>
        </w:rPr>
      </w:pPr>
      <w:r w:rsidRPr="00360C67">
        <w:rPr>
          <w:sz w:val="16"/>
          <w:szCs w:val="16"/>
        </w:rPr>
        <w:t>Staff trained in manual handling, safe setup, inspection and customer briefing.</w:t>
      </w:r>
    </w:p>
    <w:sectPr w:rsidR="003F173F" w:rsidRPr="00360C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4602397">
    <w:abstractNumId w:val="8"/>
  </w:num>
  <w:num w:numId="2" w16cid:durableId="1395424295">
    <w:abstractNumId w:val="6"/>
  </w:num>
  <w:num w:numId="3" w16cid:durableId="333411989">
    <w:abstractNumId w:val="5"/>
  </w:num>
  <w:num w:numId="4" w16cid:durableId="1342004216">
    <w:abstractNumId w:val="4"/>
  </w:num>
  <w:num w:numId="5" w16cid:durableId="1876304607">
    <w:abstractNumId w:val="7"/>
  </w:num>
  <w:num w:numId="6" w16cid:durableId="1486318499">
    <w:abstractNumId w:val="3"/>
  </w:num>
  <w:num w:numId="7" w16cid:durableId="1377195524">
    <w:abstractNumId w:val="2"/>
  </w:num>
  <w:num w:numId="8" w16cid:durableId="19667547">
    <w:abstractNumId w:val="1"/>
  </w:num>
  <w:num w:numId="9" w16cid:durableId="198542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0C67"/>
    <w:rsid w:val="003F173F"/>
    <w:rsid w:val="0055609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78DD9"/>
  <w14:defaultImageDpi w14:val="300"/>
  <w15:docId w15:val="{AFA464C0-C7F7-4613-A0A7-861C7DAD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2026-07-27T11:21:00Z</dcterms:created>
  <dcterms:modified xsi:type="dcterms:W3CDTF">2026-07-27T11:21:00Z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d78b1ba6-209c-4672-86d3-c6c637ce9189</vt:lpwstr>
  </property>
</Properties>
</file>