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A784" w14:textId="77777777" w:rsidR="009F67A0" w:rsidRPr="003221CB" w:rsidRDefault="00000000">
      <w:pPr>
        <w:pStyle w:val="Heading1"/>
        <w:rPr>
          <w:sz w:val="18"/>
          <w:szCs w:val="18"/>
        </w:rPr>
      </w:pPr>
      <w:r w:rsidRPr="003221CB">
        <w:rPr>
          <w:sz w:val="18"/>
          <w:szCs w:val="18"/>
        </w:rPr>
        <w:t>Risk Assessment – Waffle Maker Hire (HSE/AAIAC Style)</w:t>
      </w:r>
    </w:p>
    <w:p w14:paraId="692428D3" w14:textId="77777777" w:rsidR="009F67A0" w:rsidRPr="003221CB" w:rsidRDefault="00000000">
      <w:pPr>
        <w:pStyle w:val="Heading2"/>
        <w:rPr>
          <w:sz w:val="18"/>
          <w:szCs w:val="18"/>
        </w:rPr>
      </w:pPr>
      <w:r w:rsidRPr="003221CB">
        <w:rPr>
          <w:sz w:val="18"/>
          <w:szCs w:val="18"/>
        </w:rPr>
        <w:t>Activity Description</w:t>
      </w:r>
    </w:p>
    <w:p w14:paraId="2B3F177F" w14:textId="77777777" w:rsidR="009F67A0" w:rsidRPr="003221CB" w:rsidRDefault="00000000">
      <w:pPr>
        <w:rPr>
          <w:sz w:val="14"/>
          <w:szCs w:val="14"/>
        </w:rPr>
      </w:pPr>
      <w:r w:rsidRPr="003221CB">
        <w:rPr>
          <w:sz w:val="14"/>
          <w:szCs w:val="14"/>
        </w:rPr>
        <w:t>Delivery, setup, operation and collection of a commercial waffle maker for temporary hire at events.</w:t>
      </w:r>
    </w:p>
    <w:p w14:paraId="2E752BBE" w14:textId="77777777" w:rsidR="009F67A0" w:rsidRPr="003221CB" w:rsidRDefault="00000000">
      <w:pPr>
        <w:pStyle w:val="Heading2"/>
        <w:rPr>
          <w:sz w:val="18"/>
          <w:szCs w:val="18"/>
        </w:rPr>
      </w:pPr>
      <w:r w:rsidRPr="003221CB">
        <w:rPr>
          <w:sz w:val="18"/>
          <w:szCs w:val="18"/>
        </w:rPr>
        <w:t>Persons at Risk</w:t>
      </w:r>
    </w:p>
    <w:p w14:paraId="601BF23C" w14:textId="77777777" w:rsidR="009F67A0" w:rsidRPr="003221CB" w:rsidRDefault="00000000">
      <w:pPr>
        <w:rPr>
          <w:sz w:val="14"/>
          <w:szCs w:val="14"/>
        </w:rPr>
      </w:pPr>
      <w:r w:rsidRPr="003221CB">
        <w:rPr>
          <w:sz w:val="14"/>
          <w:szCs w:val="14"/>
        </w:rPr>
        <w:t>Staff, hirers, operators,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F67A0" w:rsidRPr="003221CB" w14:paraId="6E49F799" w14:textId="77777777">
        <w:tc>
          <w:tcPr>
            <w:tcW w:w="1728" w:type="dxa"/>
          </w:tcPr>
          <w:p w14:paraId="2B28DC50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5998ADD8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51522DEE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58B8E3F8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480E7922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Residual Risk</w:t>
            </w:r>
          </w:p>
        </w:tc>
      </w:tr>
      <w:tr w:rsidR="009F67A0" w:rsidRPr="003221CB" w14:paraId="76B8A539" w14:textId="77777777">
        <w:tc>
          <w:tcPr>
            <w:tcW w:w="1728" w:type="dxa"/>
          </w:tcPr>
          <w:p w14:paraId="26AC9827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4655D57A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65EB83D5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72D6C68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44A48615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Low</w:t>
            </w:r>
          </w:p>
        </w:tc>
      </w:tr>
      <w:tr w:rsidR="009F67A0" w:rsidRPr="003221CB" w14:paraId="2D3AE7FA" w14:textId="77777777">
        <w:tc>
          <w:tcPr>
            <w:tcW w:w="1728" w:type="dxa"/>
          </w:tcPr>
          <w:p w14:paraId="24A7747E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Burns from hot cooking plates</w:t>
            </w:r>
          </w:p>
        </w:tc>
        <w:tc>
          <w:tcPr>
            <w:tcW w:w="1728" w:type="dxa"/>
          </w:tcPr>
          <w:p w14:paraId="472CD81F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Operators/Users</w:t>
            </w:r>
          </w:p>
        </w:tc>
        <w:tc>
          <w:tcPr>
            <w:tcW w:w="1728" w:type="dxa"/>
          </w:tcPr>
          <w:p w14:paraId="1E6BE8A4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2CC8AB14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Only trained operators to use the appliance; avoid contact with heated surfaces and allow cooling before moving.</w:t>
            </w:r>
          </w:p>
        </w:tc>
        <w:tc>
          <w:tcPr>
            <w:tcW w:w="1728" w:type="dxa"/>
          </w:tcPr>
          <w:p w14:paraId="2957ED64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Low</w:t>
            </w:r>
          </w:p>
        </w:tc>
      </w:tr>
      <w:tr w:rsidR="009F67A0" w:rsidRPr="003221CB" w14:paraId="5676449E" w14:textId="77777777">
        <w:tc>
          <w:tcPr>
            <w:tcW w:w="1728" w:type="dxa"/>
          </w:tcPr>
          <w:p w14:paraId="47E222B5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495A5F22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B006BFA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A3B1A61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PAT-tested equipment; inspect plugs and cables before use; use RCD protection.</w:t>
            </w:r>
          </w:p>
        </w:tc>
        <w:tc>
          <w:tcPr>
            <w:tcW w:w="1728" w:type="dxa"/>
          </w:tcPr>
          <w:p w14:paraId="586FDCCB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Low</w:t>
            </w:r>
          </w:p>
        </w:tc>
      </w:tr>
      <w:tr w:rsidR="009F67A0" w:rsidRPr="003221CB" w14:paraId="0F2C6721" w14:textId="77777777">
        <w:tc>
          <w:tcPr>
            <w:tcW w:w="1728" w:type="dxa"/>
          </w:tcPr>
          <w:p w14:paraId="12333852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Steam burns when opening appliance</w:t>
            </w:r>
          </w:p>
        </w:tc>
        <w:tc>
          <w:tcPr>
            <w:tcW w:w="1728" w:type="dxa"/>
          </w:tcPr>
          <w:p w14:paraId="520449E0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Operators</w:t>
            </w:r>
          </w:p>
        </w:tc>
        <w:tc>
          <w:tcPr>
            <w:tcW w:w="1728" w:type="dxa"/>
          </w:tcPr>
          <w:p w14:paraId="0992F709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61BD3E2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Open lid carefully away from the face and hands; use heat-resistant gloves if required.</w:t>
            </w:r>
          </w:p>
        </w:tc>
        <w:tc>
          <w:tcPr>
            <w:tcW w:w="1728" w:type="dxa"/>
          </w:tcPr>
          <w:p w14:paraId="549C671B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Low</w:t>
            </w:r>
          </w:p>
        </w:tc>
      </w:tr>
      <w:tr w:rsidR="009F67A0" w:rsidRPr="003221CB" w14:paraId="133CF6CC" w14:textId="77777777">
        <w:tc>
          <w:tcPr>
            <w:tcW w:w="1728" w:type="dxa"/>
          </w:tcPr>
          <w:p w14:paraId="357D1B2E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Food hygiene and allergen contamination</w:t>
            </w:r>
          </w:p>
        </w:tc>
        <w:tc>
          <w:tcPr>
            <w:tcW w:w="1728" w:type="dxa"/>
          </w:tcPr>
          <w:p w14:paraId="1B888469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5F4C7BAC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43152EC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Maintain food hygiene standards; clean and sanitise equipment; manage allergen controls.</w:t>
            </w:r>
          </w:p>
        </w:tc>
        <w:tc>
          <w:tcPr>
            <w:tcW w:w="1728" w:type="dxa"/>
          </w:tcPr>
          <w:p w14:paraId="4346EE9E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Low</w:t>
            </w:r>
          </w:p>
        </w:tc>
      </w:tr>
      <w:tr w:rsidR="009F67A0" w:rsidRPr="003221CB" w14:paraId="6E41C5EB" w14:textId="77777777">
        <w:tc>
          <w:tcPr>
            <w:tcW w:w="1728" w:type="dxa"/>
          </w:tcPr>
          <w:p w14:paraId="24D4A9F5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0D88D82D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55D9E45A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31A3EC4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Route and secure power cables away from walkways using cable covers where necessary.</w:t>
            </w:r>
          </w:p>
        </w:tc>
        <w:tc>
          <w:tcPr>
            <w:tcW w:w="1728" w:type="dxa"/>
          </w:tcPr>
          <w:p w14:paraId="40E6B886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Low</w:t>
            </w:r>
          </w:p>
        </w:tc>
      </w:tr>
      <w:tr w:rsidR="009F67A0" w:rsidRPr="003221CB" w14:paraId="388C78F1" w14:textId="77777777">
        <w:tc>
          <w:tcPr>
            <w:tcW w:w="1728" w:type="dxa"/>
          </w:tcPr>
          <w:p w14:paraId="6C52AF05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3B114D53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1D04265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D8FDCFB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231D5D2E" w14:textId="77777777" w:rsidR="009F67A0" w:rsidRPr="003221CB" w:rsidRDefault="00000000">
            <w:pPr>
              <w:rPr>
                <w:sz w:val="14"/>
                <w:szCs w:val="14"/>
              </w:rPr>
            </w:pPr>
            <w:r w:rsidRPr="003221CB">
              <w:rPr>
                <w:sz w:val="14"/>
                <w:szCs w:val="14"/>
              </w:rPr>
              <w:t>Low</w:t>
            </w:r>
          </w:p>
        </w:tc>
      </w:tr>
    </w:tbl>
    <w:p w14:paraId="0008771E" w14:textId="77777777" w:rsidR="009F67A0" w:rsidRPr="003221CB" w:rsidRDefault="00000000">
      <w:pPr>
        <w:pStyle w:val="Heading2"/>
        <w:rPr>
          <w:sz w:val="18"/>
          <w:szCs w:val="18"/>
        </w:rPr>
      </w:pPr>
      <w:r w:rsidRPr="003221CB">
        <w:rPr>
          <w:sz w:val="18"/>
          <w:szCs w:val="18"/>
        </w:rPr>
        <w:t>Operational Controls</w:t>
      </w:r>
    </w:p>
    <w:p w14:paraId="5FCE6AE6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Set up on a stable, level, heat-resistant surface.</w:t>
      </w:r>
    </w:p>
    <w:p w14:paraId="0CE7F1D2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Do not leave the appliance unattended while operating.</w:t>
      </w:r>
    </w:p>
    <w:p w14:paraId="3934B47F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Allow the waffle maker to cool before cleaning or transport.</w:t>
      </w:r>
    </w:p>
    <w:p w14:paraId="35FD303F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Keep combustible materials away from hot surfaces.</w:t>
      </w:r>
    </w:p>
    <w:p w14:paraId="4D30BEFF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Withdraw damaged equipment from service immediately.</w:t>
      </w:r>
    </w:p>
    <w:p w14:paraId="621C1BDE" w14:textId="77777777" w:rsidR="009F67A0" w:rsidRPr="003221CB" w:rsidRDefault="00000000">
      <w:pPr>
        <w:pStyle w:val="Heading2"/>
        <w:rPr>
          <w:sz w:val="18"/>
          <w:szCs w:val="18"/>
        </w:rPr>
      </w:pPr>
      <w:r w:rsidRPr="003221CB">
        <w:rPr>
          <w:sz w:val="18"/>
          <w:szCs w:val="18"/>
        </w:rPr>
        <w:t>Emergency Procedures</w:t>
      </w:r>
    </w:p>
    <w:p w14:paraId="6B660EAE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Switch off and unplug the appliance if a fault develops.</w:t>
      </w:r>
    </w:p>
    <w:p w14:paraId="454E0CCA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Treat burns with cool running water and seek medical attention if necessary.</w:t>
      </w:r>
    </w:p>
    <w:p w14:paraId="5E4D8AA8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Provide first aid where required and report all incidents.</w:t>
      </w:r>
    </w:p>
    <w:p w14:paraId="5FCD30BC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Isolate damaged equipment until repaired.</w:t>
      </w:r>
    </w:p>
    <w:p w14:paraId="5DD3971A" w14:textId="77777777" w:rsidR="009F67A0" w:rsidRPr="003221CB" w:rsidRDefault="00000000">
      <w:pPr>
        <w:pStyle w:val="Heading2"/>
        <w:rPr>
          <w:sz w:val="18"/>
          <w:szCs w:val="18"/>
        </w:rPr>
      </w:pPr>
      <w:r w:rsidRPr="003221CB">
        <w:rPr>
          <w:sz w:val="18"/>
          <w:szCs w:val="18"/>
        </w:rPr>
        <w:t>Inspection Checklist</w:t>
      </w:r>
    </w:p>
    <w:p w14:paraId="1958B57C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Power cable and plug undamaged.</w:t>
      </w:r>
    </w:p>
    <w:p w14:paraId="7B37253E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Cooking plates clean and secure.</w:t>
      </w:r>
    </w:p>
    <w:p w14:paraId="0D9CBB81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Controls functioning correctly.</w:t>
      </w:r>
    </w:p>
    <w:p w14:paraId="50D200A1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No exposed wiring or damage.</w:t>
      </w:r>
    </w:p>
    <w:p w14:paraId="236F063E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Appliance clean and ready for use.</w:t>
      </w:r>
    </w:p>
    <w:p w14:paraId="754F459F" w14:textId="77777777" w:rsidR="009F67A0" w:rsidRPr="003221CB" w:rsidRDefault="00000000">
      <w:pPr>
        <w:pStyle w:val="Heading2"/>
        <w:rPr>
          <w:sz w:val="18"/>
          <w:szCs w:val="18"/>
        </w:rPr>
      </w:pPr>
      <w:r w:rsidRPr="003221CB">
        <w:rPr>
          <w:sz w:val="18"/>
          <w:szCs w:val="18"/>
        </w:rPr>
        <w:t>Training Requirements</w:t>
      </w:r>
    </w:p>
    <w:p w14:paraId="7D2EE170" w14:textId="77777777" w:rsidR="009F67A0" w:rsidRPr="003221CB" w:rsidRDefault="00000000">
      <w:pPr>
        <w:pStyle w:val="ListBullet"/>
        <w:rPr>
          <w:sz w:val="14"/>
          <w:szCs w:val="14"/>
        </w:rPr>
      </w:pPr>
      <w:r w:rsidRPr="003221CB">
        <w:rPr>
          <w:sz w:val="14"/>
          <w:szCs w:val="14"/>
        </w:rPr>
        <w:t>Staff trained in manual handling, electrical safety, food hygiene, safe operation, cleaning procedures and customer briefing.</w:t>
      </w:r>
    </w:p>
    <w:sectPr w:rsidR="009F67A0" w:rsidRPr="003221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202914">
    <w:abstractNumId w:val="8"/>
  </w:num>
  <w:num w:numId="2" w16cid:durableId="588539264">
    <w:abstractNumId w:val="6"/>
  </w:num>
  <w:num w:numId="3" w16cid:durableId="693573545">
    <w:abstractNumId w:val="5"/>
  </w:num>
  <w:num w:numId="4" w16cid:durableId="1453015701">
    <w:abstractNumId w:val="4"/>
  </w:num>
  <w:num w:numId="5" w16cid:durableId="2009862379">
    <w:abstractNumId w:val="7"/>
  </w:num>
  <w:num w:numId="6" w16cid:durableId="503008049">
    <w:abstractNumId w:val="3"/>
  </w:num>
  <w:num w:numId="7" w16cid:durableId="1350834659">
    <w:abstractNumId w:val="2"/>
  </w:num>
  <w:num w:numId="8" w16cid:durableId="1523857496">
    <w:abstractNumId w:val="1"/>
  </w:num>
  <w:num w:numId="9" w16cid:durableId="54174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21CB"/>
    <w:rsid w:val="00326F90"/>
    <w:rsid w:val="00360575"/>
    <w:rsid w:val="009F67A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B7CE6"/>
  <w14:defaultImageDpi w14:val="300"/>
  <w15:docId w15:val="{33B3D213-E2B8-436B-B4FC-E96BAE33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2026-07-27T12:06:00Z</dcterms:created>
  <dcterms:modified xsi:type="dcterms:W3CDTF">2026-07-27T12:06:00Z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bdd61e6c-8618-47a3-a3bd-1d58a4f1d2ea</vt:lpwstr>
  </property>
</Properties>
</file>